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21FC" w14:textId="0F4CE7D8" w:rsidR="006848E8" w:rsidRPr="0005413D" w:rsidRDefault="00621FE8">
      <w:pPr>
        <w:pStyle w:val="KonuBal"/>
        <w:rPr>
          <w:lang w:val="es-ES"/>
        </w:rPr>
      </w:pPr>
      <w:r w:rsidRPr="0005413D">
        <w:rPr>
          <w:lang w:val="es-ES"/>
        </w:rPr>
        <w:t>Ceren Özçobanlar</w:t>
      </w:r>
    </w:p>
    <w:p w14:paraId="6B6B9284" w14:textId="4643F55D" w:rsidR="006848E8" w:rsidRPr="0005413D" w:rsidRDefault="007A38F5">
      <w:pPr>
        <w:rPr>
          <w:lang w:val="es-ES"/>
        </w:rPr>
      </w:pPr>
      <w:r w:rsidRPr="0005413D">
        <w:rPr>
          <w:lang w:val="es-ES"/>
        </w:rPr>
        <w:t xml:space="preserve">Adres: </w:t>
      </w:r>
      <w:r w:rsidR="00621FE8" w:rsidRPr="0005413D">
        <w:rPr>
          <w:lang w:val="es-ES"/>
        </w:rPr>
        <w:t xml:space="preserve">Kütahya/Merkez meydan mahallesi devran sokak no:3 daire:5 </w:t>
      </w:r>
    </w:p>
    <w:p w14:paraId="18E0C738" w14:textId="77E3BDA4" w:rsidR="006848E8" w:rsidRPr="00621FE8" w:rsidRDefault="007A38F5">
      <w:pPr>
        <w:rPr>
          <w:lang w:val="it-IT"/>
        </w:rPr>
      </w:pPr>
      <w:r w:rsidRPr="00621FE8">
        <w:rPr>
          <w:lang w:val="it-IT"/>
        </w:rPr>
        <w:t>Telefon: +90 5</w:t>
      </w:r>
      <w:r w:rsidR="00621FE8" w:rsidRPr="00621FE8">
        <w:rPr>
          <w:lang w:val="it-IT"/>
        </w:rPr>
        <w:t>53 520 8808</w:t>
      </w:r>
    </w:p>
    <w:p w14:paraId="02476D2A" w14:textId="37E097A1" w:rsidR="006848E8" w:rsidRPr="00621FE8" w:rsidRDefault="007A38F5">
      <w:pPr>
        <w:rPr>
          <w:lang w:val="it-IT"/>
        </w:rPr>
      </w:pPr>
      <w:r w:rsidRPr="00621FE8">
        <w:rPr>
          <w:lang w:val="it-IT"/>
        </w:rPr>
        <w:t xml:space="preserve">E-posta: </w:t>
      </w:r>
      <w:r w:rsidR="00621FE8">
        <w:rPr>
          <w:lang w:val="it-IT"/>
        </w:rPr>
        <w:t>ceren.ozcbnlr2003</w:t>
      </w:r>
      <w:r w:rsidRPr="00621FE8">
        <w:rPr>
          <w:lang w:val="it-IT"/>
        </w:rPr>
        <w:t>@gmail.com</w:t>
      </w:r>
    </w:p>
    <w:p w14:paraId="38FF8CAE" w14:textId="77777777" w:rsidR="006848E8" w:rsidRPr="00621FE8" w:rsidRDefault="007A38F5">
      <w:pPr>
        <w:pStyle w:val="Balk1"/>
        <w:rPr>
          <w:lang w:val="it-IT"/>
        </w:rPr>
      </w:pPr>
      <w:r w:rsidRPr="00621FE8">
        <w:rPr>
          <w:lang w:val="it-IT"/>
        </w:rPr>
        <w:t>Kariyer Hedefi / Profil</w:t>
      </w:r>
    </w:p>
    <w:p w14:paraId="3EC4AF63" w14:textId="16153A2B" w:rsidR="006848E8" w:rsidRPr="00621FE8" w:rsidRDefault="007A38F5" w:rsidP="00621FE8">
      <w:pPr>
        <w:rPr>
          <w:lang w:val="it-IT"/>
        </w:rPr>
      </w:pPr>
      <w:r w:rsidRPr="00621FE8">
        <w:rPr>
          <w:lang w:val="it-IT"/>
        </w:rPr>
        <w:t xml:space="preserve">Gelişime açık, takım çalışmasına yatkın ve çözüm odaklı bir </w:t>
      </w:r>
      <w:r w:rsidR="00621FE8">
        <w:rPr>
          <w:lang w:val="it-IT"/>
        </w:rPr>
        <w:t xml:space="preserve"> </w:t>
      </w:r>
      <w:r w:rsidR="00621FE8" w:rsidRPr="00621FE8">
        <w:rPr>
          <w:lang w:val="it-IT"/>
        </w:rPr>
        <w:t>Bilgisayar Programcılığı Teknikeri</w:t>
      </w:r>
      <w:r w:rsidRPr="00621FE8">
        <w:rPr>
          <w:lang w:val="it-IT"/>
        </w:rPr>
        <w:t xml:space="preserve">. Yazılım geliştirme </w:t>
      </w:r>
      <w:r w:rsidR="00621FE8" w:rsidRPr="00621FE8">
        <w:rPr>
          <w:lang w:val="it-IT"/>
        </w:rPr>
        <w:t xml:space="preserve">ve web sitesi kurulumunda </w:t>
      </w:r>
      <w:r w:rsidRPr="00621FE8">
        <w:rPr>
          <w:lang w:val="it-IT"/>
        </w:rPr>
        <w:t xml:space="preserve">kendimi geliştirdim. Yeni </w:t>
      </w:r>
      <w:r w:rsidR="00621FE8" w:rsidRPr="00621FE8">
        <w:rPr>
          <w:lang w:val="it-IT"/>
        </w:rPr>
        <w:t xml:space="preserve">iş alanlarına </w:t>
      </w:r>
      <w:r w:rsidRPr="00621FE8">
        <w:rPr>
          <w:lang w:val="it-IT"/>
        </w:rPr>
        <w:t xml:space="preserve"> hızlıca adapte olabilirim.</w:t>
      </w:r>
    </w:p>
    <w:p w14:paraId="1A8945BB" w14:textId="77777777" w:rsidR="006848E8" w:rsidRPr="0005413D" w:rsidRDefault="007A38F5">
      <w:pPr>
        <w:pStyle w:val="Balk1"/>
        <w:rPr>
          <w:lang w:val="it-IT"/>
        </w:rPr>
      </w:pPr>
      <w:r w:rsidRPr="0005413D">
        <w:rPr>
          <w:lang w:val="it-IT"/>
        </w:rPr>
        <w:t>Eğitim</w:t>
      </w:r>
    </w:p>
    <w:p w14:paraId="226E14F2" w14:textId="77777777" w:rsidR="00621FE8" w:rsidRPr="0005413D" w:rsidRDefault="00621FE8" w:rsidP="00621FE8">
      <w:pPr>
        <w:rPr>
          <w:lang w:val="it-IT"/>
        </w:rPr>
      </w:pPr>
      <w:r w:rsidRPr="0005413D">
        <w:rPr>
          <w:lang w:val="it-IT"/>
        </w:rPr>
        <w:t xml:space="preserve">Bilgisayar Programcılığı Mezunu </w:t>
      </w:r>
    </w:p>
    <w:p w14:paraId="1EF497F2" w14:textId="77777777" w:rsidR="00621FE8" w:rsidRPr="0005413D" w:rsidRDefault="00621FE8" w:rsidP="00621FE8">
      <w:pPr>
        <w:rPr>
          <w:lang w:val="it-IT"/>
        </w:rPr>
      </w:pPr>
      <w:r w:rsidRPr="0005413D">
        <w:rPr>
          <w:lang w:val="it-IT"/>
        </w:rPr>
        <w:t>Afyon Kocatepe Üniversitesi, 2025</w:t>
      </w:r>
      <w:r w:rsidR="007A38F5" w:rsidRPr="0005413D">
        <w:rPr>
          <w:lang w:val="it-IT"/>
        </w:rPr>
        <w:t xml:space="preserve">— </w:t>
      </w:r>
      <w:r w:rsidRPr="0005413D">
        <w:rPr>
          <w:lang w:val="it-IT"/>
        </w:rPr>
        <w:t>Ön lisans</w:t>
      </w:r>
      <w:r w:rsidR="007A38F5" w:rsidRPr="0005413D">
        <w:rPr>
          <w:lang w:val="it-IT"/>
        </w:rPr>
        <w:br/>
      </w:r>
    </w:p>
    <w:p w14:paraId="0D21A818" w14:textId="77777777" w:rsidR="007A38F5" w:rsidRPr="0005413D" w:rsidRDefault="007A38F5" w:rsidP="00621FE8">
      <w:pPr>
        <w:rPr>
          <w:lang w:val="it-IT"/>
        </w:rPr>
      </w:pPr>
    </w:p>
    <w:p w14:paraId="6940093F" w14:textId="77777777" w:rsidR="007A38F5" w:rsidRPr="0005413D" w:rsidRDefault="007A38F5" w:rsidP="007A38F5">
      <w:pPr>
        <w:rPr>
          <w:lang w:val="it-IT"/>
        </w:rPr>
      </w:pPr>
      <w:r w:rsidRPr="0005413D">
        <w:rPr>
          <w:lang w:val="it-IT"/>
        </w:rPr>
        <w:t>Devlet Hatun Kız Mesleki ve Teknik Anadolu Lisesi</w:t>
      </w:r>
    </w:p>
    <w:p w14:paraId="2C58385A" w14:textId="2E728B9B" w:rsidR="006848E8" w:rsidRPr="0005413D" w:rsidRDefault="007A38F5" w:rsidP="007A38F5">
      <w:pPr>
        <w:rPr>
          <w:lang w:val="it-IT"/>
        </w:rPr>
      </w:pPr>
      <w:r w:rsidRPr="0005413D">
        <w:rPr>
          <w:lang w:val="it-IT"/>
        </w:rPr>
        <w:t>BİLİŞİM TEKNOLOJİLERİ ALANI/Bilgisayar Teknik Servisi</w:t>
      </w:r>
      <w:r w:rsidRPr="0005413D">
        <w:rPr>
          <w:lang w:val="it-IT"/>
        </w:rPr>
        <w:br/>
        <w:t>Mezuniyet Yılı: 2021</w:t>
      </w:r>
    </w:p>
    <w:p w14:paraId="4F76B188" w14:textId="77777777" w:rsidR="006848E8" w:rsidRPr="0005413D" w:rsidRDefault="007A38F5">
      <w:pPr>
        <w:pStyle w:val="Balk1"/>
        <w:rPr>
          <w:lang w:val="it-IT"/>
        </w:rPr>
      </w:pPr>
      <w:r w:rsidRPr="0005413D">
        <w:rPr>
          <w:lang w:val="it-IT"/>
        </w:rPr>
        <w:t>İş Deneyimi</w:t>
      </w:r>
    </w:p>
    <w:p w14:paraId="0D287D1E" w14:textId="49A31041" w:rsidR="007A38F5" w:rsidRPr="0005413D" w:rsidRDefault="007A38F5" w:rsidP="007A38F5">
      <w:pPr>
        <w:rPr>
          <w:lang w:val="it-IT"/>
        </w:rPr>
      </w:pPr>
      <w:r w:rsidRPr="0005413D">
        <w:rPr>
          <w:lang w:val="it-IT"/>
        </w:rPr>
        <w:t>Staj: istek okulları — Stajyer</w:t>
      </w:r>
      <w:r w:rsidRPr="0005413D">
        <w:rPr>
          <w:lang w:val="it-IT"/>
        </w:rPr>
        <w:br/>
        <w:t>üniversite stajı; Konyaaltı Belediyesi-İnsan Kaynakları Ve Eğitim Müdürlüğü</w:t>
      </w:r>
    </w:p>
    <w:p w14:paraId="37989B2F" w14:textId="7CC394EE" w:rsidR="0005413D" w:rsidRDefault="0005413D" w:rsidP="007A38F5">
      <w:pPr>
        <w:rPr>
          <w:lang w:val="it-IT"/>
        </w:rPr>
      </w:pPr>
      <w:r w:rsidRPr="0005413D">
        <w:rPr>
          <w:lang w:val="it-IT"/>
        </w:rPr>
        <w:t xml:space="preserve">Mali Müşavir </w:t>
      </w:r>
      <w:r>
        <w:rPr>
          <w:lang w:val="it-IT"/>
        </w:rPr>
        <w:t>O</w:t>
      </w:r>
      <w:r w:rsidRPr="0005413D">
        <w:rPr>
          <w:lang w:val="it-IT"/>
        </w:rPr>
        <w:t xml:space="preserve">fisi </w:t>
      </w:r>
      <w:r>
        <w:rPr>
          <w:lang w:val="it-IT"/>
        </w:rPr>
        <w:t>- M</w:t>
      </w:r>
      <w:r w:rsidRPr="0005413D">
        <w:rPr>
          <w:lang w:val="it-IT"/>
        </w:rPr>
        <w:t xml:space="preserve">uhasebe </w:t>
      </w:r>
      <w:r>
        <w:rPr>
          <w:lang w:val="it-IT"/>
        </w:rPr>
        <w:t>Destek Personeli</w:t>
      </w:r>
    </w:p>
    <w:p w14:paraId="7C61903A" w14:textId="77777777" w:rsidR="0005413D" w:rsidRPr="0005413D" w:rsidRDefault="0005413D" w:rsidP="007A38F5">
      <w:pPr>
        <w:rPr>
          <w:lang w:val="it-IT"/>
        </w:rPr>
      </w:pPr>
    </w:p>
    <w:p w14:paraId="50809A18" w14:textId="5F20ECC7" w:rsidR="006848E8" w:rsidRPr="0005413D" w:rsidRDefault="007A38F5" w:rsidP="007A38F5">
      <w:pPr>
        <w:rPr>
          <w:lang w:val="de-DE"/>
        </w:rPr>
      </w:pPr>
      <w:r w:rsidRPr="0005413D">
        <w:rPr>
          <w:lang w:val="de-DE"/>
        </w:rPr>
        <w:t>Yetenekler / Teknik Beceriler</w:t>
      </w:r>
    </w:p>
    <w:p w14:paraId="70A469CD" w14:textId="4580F261" w:rsidR="006848E8" w:rsidRPr="0005413D" w:rsidRDefault="007A38F5">
      <w:pPr>
        <w:rPr>
          <w:lang w:val="de-DE"/>
        </w:rPr>
      </w:pPr>
      <w:r w:rsidRPr="0005413D">
        <w:rPr>
          <w:lang w:val="de-DE"/>
        </w:rPr>
        <w:t>- Programlama: Python, Java, C#</w:t>
      </w:r>
      <w:r w:rsidRPr="0005413D">
        <w:rPr>
          <w:lang w:val="de-DE"/>
        </w:rPr>
        <w:br/>
        <w:t xml:space="preserve">- Web: HTML, CSS, JavaScript, </w:t>
      </w:r>
      <w:r w:rsidRPr="0005413D">
        <w:rPr>
          <w:lang w:val="de-DE"/>
        </w:rPr>
        <w:br/>
        <w:t>- Veritabanı: MySQL,</w:t>
      </w:r>
      <w:r w:rsidRPr="0005413D">
        <w:rPr>
          <w:lang w:val="de-DE"/>
        </w:rPr>
        <w:br/>
        <w:t>- Araçlar: Git,</w:t>
      </w:r>
      <w:r w:rsidR="0005413D">
        <w:rPr>
          <w:lang w:val="de-DE"/>
        </w:rPr>
        <w:t xml:space="preserve"> </w:t>
      </w:r>
      <w:r w:rsidRPr="0005413D">
        <w:rPr>
          <w:lang w:val="de-DE"/>
        </w:rPr>
        <w:t>MS Office</w:t>
      </w:r>
      <w:r w:rsidR="0005413D">
        <w:rPr>
          <w:lang w:val="de-DE"/>
        </w:rPr>
        <w:t>, Luca, Logo</w:t>
      </w:r>
      <w:r w:rsidRPr="0005413D">
        <w:rPr>
          <w:lang w:val="de-DE"/>
        </w:rPr>
        <w:br/>
        <w:t>- Diller: Türkçe , İngilizce</w:t>
      </w:r>
    </w:p>
    <w:p w14:paraId="6E7BCA91" w14:textId="77777777" w:rsidR="006848E8" w:rsidRPr="007A38F5" w:rsidRDefault="007A38F5">
      <w:pPr>
        <w:pStyle w:val="Balk1"/>
        <w:rPr>
          <w:lang w:val="de-DE"/>
        </w:rPr>
      </w:pPr>
      <w:r w:rsidRPr="007A38F5">
        <w:rPr>
          <w:lang w:val="de-DE"/>
        </w:rPr>
        <w:lastRenderedPageBreak/>
        <w:t>Sertifikalar &amp; Kurslar</w:t>
      </w:r>
    </w:p>
    <w:p w14:paraId="456E3ADE" w14:textId="5716B7C5" w:rsidR="007A38F5" w:rsidRPr="007A38F5" w:rsidRDefault="007A38F5" w:rsidP="007A38F5">
      <w:pPr>
        <w:rPr>
          <w:lang w:val="tr-TR"/>
        </w:rPr>
      </w:pPr>
      <w:r w:rsidRPr="007A38F5">
        <w:rPr>
          <w:lang w:val="de-DE"/>
        </w:rPr>
        <w:t>- Siber Güvenlik Analisti</w:t>
      </w:r>
      <w:r>
        <w:rPr>
          <w:lang w:val="de-DE"/>
        </w:rPr>
        <w:t xml:space="preserve">                                        -</w:t>
      </w:r>
      <w:r w:rsidRPr="007A38F5">
        <w:rPr>
          <w:lang w:val="tr-TR"/>
        </w:rPr>
        <w:t>Kali Linux</w:t>
      </w:r>
      <w:r w:rsidRPr="007A38F5">
        <w:rPr>
          <w:lang w:val="de-DE"/>
        </w:rPr>
        <w:br/>
        <w:t>- Dart Programlama Dili</w:t>
      </w:r>
      <w:r>
        <w:rPr>
          <w:lang w:val="de-DE"/>
        </w:rPr>
        <w:t xml:space="preserve">                                        </w:t>
      </w:r>
    </w:p>
    <w:sectPr w:rsidR="007A38F5" w:rsidRPr="007A38F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774754">
    <w:abstractNumId w:val="8"/>
  </w:num>
  <w:num w:numId="2" w16cid:durableId="1283151784">
    <w:abstractNumId w:val="6"/>
  </w:num>
  <w:num w:numId="3" w16cid:durableId="2071152628">
    <w:abstractNumId w:val="5"/>
  </w:num>
  <w:num w:numId="4" w16cid:durableId="621420098">
    <w:abstractNumId w:val="4"/>
  </w:num>
  <w:num w:numId="5" w16cid:durableId="1933313353">
    <w:abstractNumId w:val="7"/>
  </w:num>
  <w:num w:numId="6" w16cid:durableId="477503502">
    <w:abstractNumId w:val="3"/>
  </w:num>
  <w:num w:numId="7" w16cid:durableId="2119130742">
    <w:abstractNumId w:val="2"/>
  </w:num>
  <w:num w:numId="8" w16cid:durableId="1793591717">
    <w:abstractNumId w:val="1"/>
  </w:num>
  <w:num w:numId="9" w16cid:durableId="1127165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13D"/>
    <w:rsid w:val="0006063C"/>
    <w:rsid w:val="0015074B"/>
    <w:rsid w:val="0029639D"/>
    <w:rsid w:val="00326F90"/>
    <w:rsid w:val="003E6FD8"/>
    <w:rsid w:val="00621FE8"/>
    <w:rsid w:val="0064645D"/>
    <w:rsid w:val="006848E8"/>
    <w:rsid w:val="007A38F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636385"/>
  <w14:defaultImageDpi w14:val="300"/>
  <w15:docId w15:val="{8759A93A-383A-4623-A65E-E3B807C9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ceren özçobanlar</cp:lastModifiedBy>
  <cp:revision>3</cp:revision>
  <dcterms:created xsi:type="dcterms:W3CDTF">2025-06-09T21:40:00Z</dcterms:created>
  <dcterms:modified xsi:type="dcterms:W3CDTF">2026-05-22T18:47:00Z</dcterms:modified>
  <cp:category/>
</cp:coreProperties>
</file>