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9F6" w:rsidRDefault="00E668B7">
      <w:pPr>
        <w:rPr>
          <w:sz w:val="20"/>
        </w:rPr>
      </w:pPr>
      <w:r>
        <w:rPr>
          <w:b/>
          <w:sz w:val="28"/>
        </w:rPr>
        <w:t>Büşra Uludağ</w:t>
      </w:r>
    </w:p>
    <w:p w:rsidR="00E369F6" w:rsidRDefault="00BF360E">
      <w:pPr>
        <w:rPr>
          <w:sz w:val="20"/>
        </w:rPr>
      </w:pPr>
      <w:r w:rsidRPr="00BF360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sidR="00866901" w:rsidRPr="00866901">
        <w:rPr>
          <w:noProof/>
          <w:lang w:val="tr-TR" w:eastAsia="tr-TR"/>
        </w:rPr>
        <w:drawing>
          <wp:inline distT="0" distB="0" distL="0" distR="0" wp14:anchorId="161A87EA" wp14:editId="12DCD94D">
            <wp:extent cx="1290401" cy="1645920"/>
            <wp:effectExtent l="0" t="0" r="5080" b="0"/>
            <wp:docPr id="1" name="Resim 1" descr="C:\Users\Burak Yiğit\Downloads\WhatsApp Image 2025-06-02 at 16.55.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rak Yiğit\Downloads\WhatsApp Image 2025-06-02 at 16.55.2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95721" cy="1652706"/>
                    </a:xfrm>
                    <a:prstGeom prst="rect">
                      <a:avLst/>
                    </a:prstGeom>
                    <a:noFill/>
                    <a:ln>
                      <a:noFill/>
                    </a:ln>
                  </pic:spPr>
                </pic:pic>
              </a:graphicData>
            </a:graphic>
          </wp:inline>
        </w:drawing>
      </w:r>
      <w:bookmarkEnd w:id="0"/>
    </w:p>
    <w:p w:rsidR="00E668B7" w:rsidRDefault="00E668B7" w:rsidP="00E668B7">
      <w:pPr>
        <w:spacing w:after="0"/>
      </w:pPr>
      <w:r>
        <w:rPr>
          <w:rFonts w:ascii="Segoe UI Symbol" w:hAnsi="Segoe UI Symbol" w:cs="Segoe UI Symbol"/>
        </w:rPr>
        <w:t>📍</w:t>
      </w:r>
      <w:r>
        <w:t xml:space="preserve"> Adres: Hilalkent Mahallesi, 1453 Konutları, 5. Ada, D13 Blok, Kat 2, Daire 7, Kütahya Merkez</w:t>
      </w:r>
    </w:p>
    <w:p w:rsidR="00E668B7" w:rsidRDefault="00E668B7" w:rsidP="00E668B7">
      <w:pPr>
        <w:spacing w:after="0"/>
      </w:pPr>
      <w:r>
        <w:rPr>
          <w:rFonts w:ascii="Segoe UI Symbol" w:hAnsi="Segoe UI Symbol" w:cs="Segoe UI Symbol"/>
        </w:rPr>
        <w:t>📞</w:t>
      </w:r>
      <w:r>
        <w:t xml:space="preserve"> Telefon: 0534 825 52 84</w:t>
      </w:r>
    </w:p>
    <w:p w:rsidR="00E668B7" w:rsidRDefault="00E668B7" w:rsidP="00E668B7">
      <w:pPr>
        <w:spacing w:after="0"/>
      </w:pPr>
      <w:r>
        <w:rPr>
          <w:rFonts w:ascii="Segoe UI Symbol" w:hAnsi="Segoe UI Symbol" w:cs="Segoe UI Symbol"/>
        </w:rPr>
        <w:t>📧</w:t>
      </w:r>
      <w:r>
        <w:t xml:space="preserve"> E-posta: busra_yigituludag@hotmail.com</w:t>
      </w:r>
    </w:p>
    <w:p w:rsidR="00E668B7" w:rsidRDefault="00E668B7" w:rsidP="00E668B7">
      <w:pPr>
        <w:spacing w:after="0"/>
      </w:pPr>
      <w:r>
        <w:rPr>
          <w:rFonts w:ascii="Segoe UI Symbol" w:hAnsi="Segoe UI Symbol" w:cs="Segoe UI Symbol"/>
        </w:rPr>
        <w:t>🎂</w:t>
      </w:r>
      <w:r>
        <w:t xml:space="preserve"> Doğum Tarihi: 10.11.1991</w:t>
      </w:r>
    </w:p>
    <w:p w:rsidR="00385698" w:rsidRDefault="00385698" w:rsidP="00385698">
      <w:pPr>
        <w:spacing w:after="0"/>
      </w:pPr>
    </w:p>
    <w:p w:rsidR="00385698" w:rsidRDefault="00385698" w:rsidP="00385698">
      <w:pPr>
        <w:pStyle w:val="Balk1"/>
        <w:spacing w:before="0"/>
      </w:pPr>
      <w:r>
        <w:t>Kişisel Bilgiler</w:t>
      </w:r>
    </w:p>
    <w:p w:rsidR="00385698" w:rsidRDefault="00E668B7" w:rsidP="00385698">
      <w:pPr>
        <w:spacing w:after="0"/>
      </w:pPr>
      <w:r>
        <w:t>Medeni Durum: Evli</w:t>
      </w:r>
    </w:p>
    <w:p w:rsidR="00385698" w:rsidRDefault="00385698" w:rsidP="00385698">
      <w:pPr>
        <w:spacing w:after="0"/>
      </w:pPr>
      <w:r>
        <w:t>Doğum Yeri: Kütahya</w:t>
      </w:r>
    </w:p>
    <w:p w:rsidR="00385698" w:rsidRDefault="00385698" w:rsidP="00385698">
      <w:pPr>
        <w:spacing w:after="0"/>
      </w:pPr>
      <w:r>
        <w:t>Ehliyet: B sınıfı</w:t>
      </w:r>
    </w:p>
    <w:p w:rsidR="00385698" w:rsidRDefault="00385698" w:rsidP="00385698">
      <w:pPr>
        <w:spacing w:after="0"/>
      </w:pPr>
      <w:r>
        <w:t>Sigara kullanmıyorum</w:t>
      </w:r>
    </w:p>
    <w:p w:rsidR="00385698" w:rsidRDefault="00E668B7" w:rsidP="00385698">
      <w:pPr>
        <w:spacing w:after="0"/>
      </w:pPr>
      <w:r>
        <w:t>Kan Grubu: A</w:t>
      </w:r>
      <w:r w:rsidR="00385698">
        <w:t xml:space="preserve"> Rh -</w:t>
      </w:r>
    </w:p>
    <w:p w:rsidR="00385698" w:rsidRDefault="00385698" w:rsidP="00385698">
      <w:pPr>
        <w:spacing w:after="0" w:line="240" w:lineRule="auto"/>
      </w:pPr>
      <w:r>
        <w:t>Devam eden hastalığım ya da bedensel sorunum yok</w:t>
      </w:r>
    </w:p>
    <w:p w:rsidR="00385698" w:rsidRPr="00385698" w:rsidRDefault="00385698" w:rsidP="00385698">
      <w:pPr>
        <w:spacing w:after="0" w:line="240" w:lineRule="auto"/>
      </w:pPr>
    </w:p>
    <w:p w:rsidR="00E668B7" w:rsidRPr="00E668B7" w:rsidRDefault="00E668B7" w:rsidP="00E668B7">
      <w:pPr>
        <w:pStyle w:val="Balk1"/>
        <w:spacing w:before="0"/>
      </w:pPr>
      <w:r>
        <w:t>Profesyonel Özet</w:t>
      </w:r>
    </w:p>
    <w:p w:rsidR="00E668B7" w:rsidRDefault="00E668B7" w:rsidP="00E668B7">
      <w:pPr>
        <w:spacing w:after="0" w:line="240" w:lineRule="auto"/>
      </w:pPr>
      <w:r>
        <w:t>Çocuk gelişimi ve kamu yönetimi alanlarında eğitim almış; iletişim, liderlik, zaman yönetimi ve ekip çalışması gibi konularda çeşitli eğitim ve sertifikalarla kendini geliştirmiş bir bireyim. Okul öncesi eğitimden birebir öğrenci koçluğuna kadar geniş bir yelpazede deneyime sahibim. İnsan ilişkileri kuvvetli, sorumluluk sahibi ve ge</w:t>
      </w:r>
      <w:r>
        <w:t>lişime açık bir yapıya sahibim.</w:t>
      </w:r>
    </w:p>
    <w:p w:rsidR="00E668B7" w:rsidRDefault="00E668B7" w:rsidP="00E668B7">
      <w:pPr>
        <w:spacing w:after="0" w:line="240" w:lineRule="auto"/>
      </w:pPr>
    </w:p>
    <w:p w:rsidR="007C6DF2" w:rsidRDefault="00BF360E" w:rsidP="00385698">
      <w:pPr>
        <w:pStyle w:val="Balk1"/>
        <w:spacing w:before="0"/>
      </w:pPr>
      <w:r>
        <w:t>Eğitim</w:t>
      </w:r>
    </w:p>
    <w:p w:rsidR="00E668B7" w:rsidRDefault="00E668B7" w:rsidP="00E668B7">
      <w:pPr>
        <w:spacing w:after="0"/>
      </w:pPr>
      <w:r>
        <w:t>Atatürk Üniversitesi AÖF – Çocuk Gelişi</w:t>
      </w:r>
      <w:r>
        <w:t>mi (Önlisans) — Mezuniyet: 2020</w:t>
      </w:r>
    </w:p>
    <w:p w:rsidR="00E668B7" w:rsidRDefault="00E668B7" w:rsidP="00E668B7">
      <w:pPr>
        <w:spacing w:after="0"/>
      </w:pPr>
      <w:r>
        <w:t xml:space="preserve">Anadolu Üniversitesi AÖF – </w:t>
      </w:r>
      <w:r>
        <w:t>Kamu Yönetimi — Mezuniyet: 2015</w:t>
      </w:r>
    </w:p>
    <w:p w:rsidR="00E16077" w:rsidRDefault="00E668B7" w:rsidP="00E668B7">
      <w:pPr>
        <w:spacing w:after="0" w:line="240" w:lineRule="auto"/>
      </w:pPr>
      <w:r>
        <w:t>Kütahya Kız Meslek Lisesi – Ço</w:t>
      </w:r>
      <w:r>
        <w:t>cuk Gelişimi (Özel Eğitim Dalı)</w:t>
      </w:r>
    </w:p>
    <w:p w:rsidR="00E668B7" w:rsidRPr="00E16077" w:rsidRDefault="00E668B7" w:rsidP="00E668B7">
      <w:pPr>
        <w:spacing w:after="0" w:line="240" w:lineRule="auto"/>
      </w:pPr>
    </w:p>
    <w:p w:rsidR="007C6DF2" w:rsidRDefault="00BF360E" w:rsidP="00E668B7">
      <w:pPr>
        <w:pStyle w:val="Balk1"/>
        <w:spacing w:before="0"/>
      </w:pPr>
      <w:r>
        <w:t>İş Deneyimi</w:t>
      </w:r>
    </w:p>
    <w:p w:rsidR="00E668B7" w:rsidRPr="00866901" w:rsidRDefault="00E668B7" w:rsidP="00E668B7">
      <w:pPr>
        <w:spacing w:after="0"/>
        <w:rPr>
          <w:b/>
        </w:rPr>
      </w:pPr>
      <w:r w:rsidRPr="00866901">
        <w:rPr>
          <w:b/>
        </w:rPr>
        <w:t>Eğitim Koçu</w:t>
      </w:r>
    </w:p>
    <w:p w:rsidR="00E668B7" w:rsidRDefault="00E668B7" w:rsidP="00E668B7">
      <w:pPr>
        <w:spacing w:after="0"/>
      </w:pPr>
      <w:r>
        <w:t>8-12 Dershaneleri | 2023 – 2025</w:t>
      </w:r>
    </w:p>
    <w:p w:rsidR="00E668B7" w:rsidRDefault="00E668B7" w:rsidP="00E668B7">
      <w:pPr>
        <w:spacing w:after="0"/>
      </w:pPr>
      <w:r>
        <w:t xml:space="preserve">- </w:t>
      </w:r>
      <w:r>
        <w:t>Öğren</w:t>
      </w:r>
      <w:r>
        <w:t>ci takibi ve bireysel rehberlik</w:t>
      </w:r>
    </w:p>
    <w:p w:rsidR="00E668B7" w:rsidRDefault="00E668B7" w:rsidP="00E668B7">
      <w:pPr>
        <w:spacing w:after="0"/>
      </w:pPr>
      <w:r>
        <w:t xml:space="preserve">- </w:t>
      </w:r>
      <w:r>
        <w:t>Veli bilg</w:t>
      </w:r>
      <w:r>
        <w:t>ilendirme ve görüşme planlaması</w:t>
      </w:r>
    </w:p>
    <w:p w:rsidR="00E668B7" w:rsidRDefault="00E668B7" w:rsidP="00E668B7">
      <w:pPr>
        <w:spacing w:after="0"/>
      </w:pPr>
      <w:r>
        <w:t xml:space="preserve">- </w:t>
      </w:r>
      <w:r>
        <w:t>Zaman yöne</w:t>
      </w:r>
      <w:r>
        <w:t>timi ve ders programı hazırlama</w:t>
      </w:r>
    </w:p>
    <w:p w:rsidR="00E668B7" w:rsidRDefault="00E668B7" w:rsidP="00E668B7">
      <w:pPr>
        <w:spacing w:after="0"/>
      </w:pPr>
      <w:r>
        <w:t xml:space="preserve">- </w:t>
      </w:r>
      <w:r>
        <w:t>Motivasyon ve sınav rehberliği sağlama</w:t>
      </w:r>
    </w:p>
    <w:p w:rsidR="00E668B7" w:rsidRDefault="00E668B7" w:rsidP="00E668B7">
      <w:pPr>
        <w:spacing w:after="0"/>
      </w:pPr>
    </w:p>
    <w:p w:rsidR="00E668B7" w:rsidRDefault="00E668B7" w:rsidP="00E668B7">
      <w:pPr>
        <w:spacing w:after="0"/>
      </w:pPr>
    </w:p>
    <w:p w:rsidR="00E668B7" w:rsidRDefault="00E668B7" w:rsidP="00E668B7">
      <w:pPr>
        <w:spacing w:after="0"/>
      </w:pPr>
    </w:p>
    <w:p w:rsidR="00E668B7" w:rsidRDefault="00E668B7" w:rsidP="00E668B7">
      <w:pPr>
        <w:spacing w:after="0"/>
      </w:pPr>
    </w:p>
    <w:p w:rsidR="00E668B7" w:rsidRPr="00866901" w:rsidRDefault="00E668B7" w:rsidP="00E668B7">
      <w:pPr>
        <w:spacing w:after="0"/>
        <w:rPr>
          <w:b/>
        </w:rPr>
      </w:pPr>
      <w:r w:rsidRPr="00866901">
        <w:rPr>
          <w:b/>
        </w:rPr>
        <w:lastRenderedPageBreak/>
        <w:t>Öğretmen</w:t>
      </w:r>
    </w:p>
    <w:p w:rsidR="00E668B7" w:rsidRDefault="00E668B7" w:rsidP="00E668B7">
      <w:pPr>
        <w:spacing w:after="0"/>
      </w:pPr>
      <w:r>
        <w:t>Özel Amerikan Kültür Kreş v</w:t>
      </w:r>
      <w:r>
        <w:t>e Gündüz Bakımevi | 2022 – 2023</w:t>
      </w:r>
    </w:p>
    <w:p w:rsidR="00E668B7" w:rsidRDefault="00E668B7" w:rsidP="00E668B7">
      <w:pPr>
        <w:spacing w:after="0"/>
      </w:pPr>
      <w:r>
        <w:t xml:space="preserve">- </w:t>
      </w:r>
      <w:r>
        <w:t>Okul öncesi et</w:t>
      </w:r>
      <w:r>
        <w:t>kinlik planlaması ve uygulaması</w:t>
      </w:r>
    </w:p>
    <w:p w:rsidR="00E668B7" w:rsidRDefault="00E668B7" w:rsidP="00E668B7">
      <w:pPr>
        <w:spacing w:after="0"/>
      </w:pPr>
      <w:r>
        <w:t xml:space="preserve">- </w:t>
      </w:r>
      <w:r>
        <w:t>Gelişim ta</w:t>
      </w:r>
      <w:r>
        <w:t>kibi ve değerlendirme raporları</w:t>
      </w:r>
    </w:p>
    <w:p w:rsidR="00E668B7" w:rsidRDefault="00E668B7" w:rsidP="00E668B7">
      <w:pPr>
        <w:spacing w:after="0"/>
      </w:pPr>
      <w:r>
        <w:t xml:space="preserve">- </w:t>
      </w:r>
      <w:r>
        <w:t>Veli iletişimi ve geri bildirim süreçleri</w:t>
      </w:r>
    </w:p>
    <w:p w:rsidR="00E668B7" w:rsidRDefault="00E668B7" w:rsidP="00E668B7">
      <w:pPr>
        <w:spacing w:after="0"/>
      </w:pPr>
    </w:p>
    <w:p w:rsidR="00E668B7" w:rsidRPr="00866901" w:rsidRDefault="00E668B7" w:rsidP="00E668B7">
      <w:pPr>
        <w:spacing w:after="0"/>
        <w:rPr>
          <w:b/>
        </w:rPr>
      </w:pPr>
      <w:r w:rsidRPr="00866901">
        <w:rPr>
          <w:b/>
        </w:rPr>
        <w:t>Öğretmen</w:t>
      </w:r>
    </w:p>
    <w:p w:rsidR="00E668B7" w:rsidRDefault="00E668B7" w:rsidP="00E668B7">
      <w:pPr>
        <w:spacing w:after="0"/>
      </w:pPr>
      <w:r>
        <w:t xml:space="preserve">Hasbi </w:t>
      </w:r>
      <w:r>
        <w:t>Erdoğmuş Anaokulu | 2014 – 2017</w:t>
      </w:r>
    </w:p>
    <w:p w:rsidR="00E668B7" w:rsidRDefault="00E668B7" w:rsidP="00E668B7">
      <w:pPr>
        <w:spacing w:after="0"/>
      </w:pPr>
      <w:r>
        <w:t>- Sınıf içi etkinlik yönetimi</w:t>
      </w:r>
    </w:p>
    <w:p w:rsidR="00E668B7" w:rsidRDefault="00E668B7" w:rsidP="00E668B7">
      <w:pPr>
        <w:spacing w:after="0"/>
      </w:pPr>
      <w:r>
        <w:t xml:space="preserve">- </w:t>
      </w:r>
      <w:r>
        <w:t>Özel eğitim gereksin</w:t>
      </w:r>
      <w:r>
        <w:t>imli çocuklarla birebir çalışma</w:t>
      </w:r>
    </w:p>
    <w:p w:rsidR="00E668B7" w:rsidRDefault="00E668B7" w:rsidP="00E668B7">
      <w:pPr>
        <w:spacing w:after="0"/>
      </w:pPr>
      <w:r>
        <w:t xml:space="preserve">- </w:t>
      </w:r>
      <w:r>
        <w:t>Sosyal-duygusal gelişimi destekleme</w:t>
      </w:r>
    </w:p>
    <w:p w:rsidR="00E16077" w:rsidRDefault="00E16077" w:rsidP="00E16077">
      <w:pPr>
        <w:spacing w:after="0"/>
      </w:pPr>
    </w:p>
    <w:p w:rsidR="007C6DF2" w:rsidRDefault="00E668B7" w:rsidP="00E16077">
      <w:pPr>
        <w:pStyle w:val="Balk1"/>
        <w:spacing w:before="0"/>
      </w:pPr>
      <w:r>
        <w:t>Kurslar</w:t>
      </w:r>
    </w:p>
    <w:p w:rsidR="00E16077" w:rsidRDefault="00BF360E" w:rsidP="00E668B7">
      <w:pPr>
        <w:spacing w:after="0" w:line="240" w:lineRule="auto"/>
      </w:pPr>
      <w:r>
        <w:t xml:space="preserve">- </w:t>
      </w:r>
      <w:r w:rsidR="00E668B7">
        <w:t>Kütahya ME</w:t>
      </w:r>
      <w:r w:rsidR="00E668B7">
        <w:t>M Bilgisayar İşletmenliği Kursu</w:t>
      </w:r>
    </w:p>
    <w:p w:rsidR="007C6DF2" w:rsidRDefault="00BF360E" w:rsidP="00E369F6">
      <w:pPr>
        <w:pStyle w:val="Balk1"/>
        <w:spacing w:before="240" w:line="240" w:lineRule="auto"/>
      </w:pPr>
      <w:r>
        <w:t>Sertifikalar</w:t>
      </w:r>
    </w:p>
    <w:p w:rsidR="00E668B7" w:rsidRDefault="00385698" w:rsidP="00E668B7">
      <w:pPr>
        <w:spacing w:after="0"/>
      </w:pPr>
      <w:r>
        <w:t xml:space="preserve">- </w:t>
      </w:r>
      <w:r w:rsidR="00E668B7">
        <w:t>İnsan Kaynakları Yönetimi</w:t>
      </w:r>
    </w:p>
    <w:p w:rsidR="00E668B7" w:rsidRDefault="00E668B7" w:rsidP="00E668B7">
      <w:pPr>
        <w:spacing w:after="0"/>
      </w:pPr>
      <w:r>
        <w:t>- Etkin Yönetim ve Liderlik</w:t>
      </w:r>
    </w:p>
    <w:p w:rsidR="00E668B7" w:rsidRDefault="00E668B7" w:rsidP="00E668B7">
      <w:pPr>
        <w:spacing w:after="0"/>
      </w:pPr>
      <w:r>
        <w:t xml:space="preserve">- </w:t>
      </w:r>
      <w:r>
        <w:t>İleri Satış</w:t>
      </w:r>
      <w:r>
        <w:t>, Pazarlama ve İkna Yetenekleri</w:t>
      </w:r>
    </w:p>
    <w:p w:rsidR="00E668B7" w:rsidRDefault="00E668B7" w:rsidP="00E668B7">
      <w:pPr>
        <w:spacing w:after="0"/>
      </w:pPr>
      <w:r>
        <w:t>- Etkili Konuşma ve Diksiyon</w:t>
      </w:r>
    </w:p>
    <w:p w:rsidR="00E668B7" w:rsidRDefault="00E668B7" w:rsidP="00E668B7">
      <w:pPr>
        <w:spacing w:after="0"/>
      </w:pPr>
      <w:r>
        <w:t>- Etkili İletişim ve Beden Dili</w:t>
      </w:r>
    </w:p>
    <w:p w:rsidR="00E668B7" w:rsidRDefault="00E668B7" w:rsidP="00E668B7">
      <w:pPr>
        <w:spacing w:after="0"/>
      </w:pPr>
      <w:r>
        <w:t xml:space="preserve">- </w:t>
      </w:r>
      <w:r>
        <w:t>Takım Çalışması ve Performans Yö</w:t>
      </w:r>
      <w:r>
        <w:t>netimi</w:t>
      </w:r>
    </w:p>
    <w:p w:rsidR="00E668B7" w:rsidRDefault="00E668B7" w:rsidP="00E668B7">
      <w:pPr>
        <w:spacing w:after="0"/>
      </w:pPr>
      <w:r>
        <w:t>- Motivasyon ve Stres Yönetimi</w:t>
      </w:r>
    </w:p>
    <w:p w:rsidR="00E668B7" w:rsidRDefault="00E668B7" w:rsidP="00E668B7">
      <w:pPr>
        <w:spacing w:after="0" w:line="240" w:lineRule="auto"/>
      </w:pPr>
      <w:r>
        <w:t xml:space="preserve">- </w:t>
      </w:r>
      <w:r>
        <w:t>Zaman Yönetimi</w:t>
      </w:r>
    </w:p>
    <w:p w:rsidR="00E668B7" w:rsidRDefault="00E668B7" w:rsidP="00E668B7">
      <w:pPr>
        <w:spacing w:after="0" w:line="240" w:lineRule="auto"/>
      </w:pPr>
    </w:p>
    <w:p w:rsidR="00E369F6" w:rsidRDefault="00E668B7" w:rsidP="00E668B7">
      <w:pPr>
        <w:pStyle w:val="Balk1"/>
        <w:spacing w:before="0"/>
      </w:pPr>
      <w:r>
        <w:t>Yetenekler</w:t>
      </w:r>
    </w:p>
    <w:p w:rsidR="00E668B7" w:rsidRDefault="00E668B7" w:rsidP="00E668B7">
      <w:pPr>
        <w:spacing w:after="0"/>
      </w:pPr>
      <w:r>
        <w:t xml:space="preserve">- </w:t>
      </w:r>
      <w:r>
        <w:t>Güçl</w:t>
      </w:r>
      <w:r>
        <w:t>ü iletişim becerisi ve diksiyon</w:t>
      </w:r>
    </w:p>
    <w:p w:rsidR="00E668B7" w:rsidRDefault="00E668B7" w:rsidP="00E668B7">
      <w:pPr>
        <w:spacing w:after="0"/>
      </w:pPr>
      <w:r>
        <w:t>- Liderlik ve takım yönetimi</w:t>
      </w:r>
    </w:p>
    <w:p w:rsidR="00E668B7" w:rsidRDefault="00E668B7" w:rsidP="00E668B7">
      <w:pPr>
        <w:spacing w:after="0"/>
      </w:pPr>
      <w:r>
        <w:t xml:space="preserve">- </w:t>
      </w:r>
      <w:r>
        <w:t>Bilgisayar kullanım</w:t>
      </w:r>
      <w:r>
        <w:t xml:space="preserve"> bilgisi (Microsoft Office vb.)</w:t>
      </w:r>
    </w:p>
    <w:p w:rsidR="00E668B7" w:rsidRDefault="00E668B7" w:rsidP="00E668B7">
      <w:pPr>
        <w:spacing w:after="0"/>
      </w:pPr>
      <w:r>
        <w:t xml:space="preserve">- </w:t>
      </w:r>
      <w:r>
        <w:t>Z</w:t>
      </w:r>
      <w:r>
        <w:t>aman planlaması ve organizasyon</w:t>
      </w:r>
    </w:p>
    <w:p w:rsidR="00E668B7" w:rsidRDefault="00E668B7" w:rsidP="00E668B7">
      <w:pPr>
        <w:spacing w:after="0" w:line="240" w:lineRule="auto"/>
      </w:pPr>
      <w:r>
        <w:t xml:space="preserve">- </w:t>
      </w:r>
      <w:r>
        <w:t>Çocuk gel</w:t>
      </w:r>
      <w:r>
        <w:t>işimi alanında uygulamalı bilgi</w:t>
      </w:r>
    </w:p>
    <w:p w:rsidR="00E668B7" w:rsidRPr="00E668B7" w:rsidRDefault="00E668B7" w:rsidP="00E668B7">
      <w:pPr>
        <w:spacing w:after="0" w:line="240" w:lineRule="auto"/>
      </w:pPr>
    </w:p>
    <w:p w:rsidR="007C6DF2" w:rsidRPr="00E369F6" w:rsidRDefault="00BF360E" w:rsidP="00E668B7">
      <w:pPr>
        <w:pStyle w:val="Balk1"/>
        <w:spacing w:before="0"/>
        <w:rPr>
          <w:rFonts w:asciiTheme="minorHAnsi" w:eastAsiaTheme="minorEastAsia" w:hAnsiTheme="minorHAnsi" w:cstheme="minorBidi"/>
          <w:b w:val="0"/>
          <w:bCs w:val="0"/>
          <w:color w:val="auto"/>
          <w:sz w:val="22"/>
          <w:szCs w:val="22"/>
        </w:rPr>
      </w:pPr>
      <w:r>
        <w:t>Referanslar</w:t>
      </w:r>
    </w:p>
    <w:p w:rsidR="007C6DF2" w:rsidRDefault="00385698" w:rsidP="00E369F6">
      <w:pPr>
        <w:spacing w:after="0"/>
      </w:pPr>
      <w:r>
        <w:t xml:space="preserve">- </w:t>
      </w:r>
      <w:r w:rsidR="00866901">
        <w:t>Özel Amerikan Kültür Kreş ve Gündüz Bakımevi Kuruluş Müdürü Fatma Yiğit</w:t>
      </w:r>
      <w:r w:rsidR="004D7915">
        <w:t xml:space="preserve"> - </w:t>
      </w:r>
      <w:r w:rsidR="00E369F6">
        <w:t xml:space="preserve">0 </w:t>
      </w:r>
      <w:r w:rsidR="00866901">
        <w:t>543 715 47 17</w:t>
      </w:r>
    </w:p>
    <w:p w:rsidR="00E668B7" w:rsidRDefault="00866901" w:rsidP="00E668B7">
      <w:pPr>
        <w:spacing w:after="0"/>
      </w:pPr>
      <w:r>
        <w:t>- 8.12 Dershaneleri M</w:t>
      </w:r>
      <w:r w:rsidRPr="00866901">
        <w:t>üdürü Esma Gümüş</w:t>
      </w:r>
      <w:r>
        <w:t xml:space="preserve"> – 0 553 278 14 62</w:t>
      </w:r>
      <w:r w:rsidRPr="00866901">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E668B7" w:rsidRDefault="00E668B7" w:rsidP="00E668B7">
      <w:pPr>
        <w:spacing w:after="0"/>
      </w:pPr>
    </w:p>
    <w:sectPr w:rsidR="00E668B7" w:rsidSect="0003461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85698"/>
    <w:rsid w:val="004D7915"/>
    <w:rsid w:val="007C6DF2"/>
    <w:rsid w:val="00866901"/>
    <w:rsid w:val="00AA1D8D"/>
    <w:rsid w:val="00B47730"/>
    <w:rsid w:val="00BF360E"/>
    <w:rsid w:val="00CB0664"/>
    <w:rsid w:val="00E16077"/>
    <w:rsid w:val="00E369F6"/>
    <w:rsid w:val="00E668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50D112"/>
  <w14:defaultImageDpi w14:val="300"/>
  <w15:docId w15:val="{36639419-D3F4-49B9-BA4A-DB80B376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A80EF-FBBE-4414-A4CD-AF12DB3FB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335</Words>
  <Characters>1913</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Burak Yiğit</cp:lastModifiedBy>
  <cp:revision>5</cp:revision>
  <dcterms:created xsi:type="dcterms:W3CDTF">2013-12-23T23:15:00Z</dcterms:created>
  <dcterms:modified xsi:type="dcterms:W3CDTF">2025-06-02T14:07:00Z</dcterms:modified>
  <cp:category/>
</cp:coreProperties>
</file>