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jpeg"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412A" w14:textId="77777777" w:rsidR="00067132" w:rsidRDefault="001F7B09">
      <w:pPr>
        <w:pStyle w:val="KonuBal"/>
        <w:jc w:val="center"/>
      </w:pPr>
      <w:r>
        <w:t>RÜMEYSA KAYAASLAN</w:t>
      </w:r>
    </w:p>
    <w:p w14:paraId="47F8BAC1" w14:textId="77777777" w:rsidR="00067132" w:rsidRDefault="001F7B09">
      <w:r>
        <w:t>📅 Doğum Tarihi: 25.08.2000</w:t>
      </w:r>
    </w:p>
    <w:p w14:paraId="2C21576E" w14:textId="77777777" w:rsidR="00067132" w:rsidRDefault="001F7B09">
      <w:r>
        <w:rPr>
          <w:b/>
          <w:sz w:val="24"/>
        </w:rPr>
        <w:t>💼 Hakkımda</w:t>
      </w:r>
    </w:p>
    <w:p w14:paraId="1623DE38" w14:textId="77777777" w:rsidR="00067132" w:rsidRDefault="001F7B09">
      <w:r>
        <w:t>Disiplinli, dikkatli ve sorumluluk sahibi bir yapıya sahip olan bir sanat tarihi mezunu ve ikinci üniversite olarak Büro Yönetimi ve Yönetici Asistanlığı eğitimi alan biriyim. İletişim becerim kuvvetlidir, ekip çalışmasına yatkınım ve ofis işleyişi konularında hem teorik hem pratik deneyime sahibim. Sertifikalarla desteklediğim bilgi birikimimi farklı alanlarda geliştirmeye devam ediyorum. Öğrenmeye açık, planlama ve organizasyon becerileri yüksek bir adayım.</w:t>
      </w:r>
    </w:p>
    <w:p w14:paraId="7910DA37" w14:textId="77777777" w:rsidR="00067132" w:rsidRDefault="001F7B09">
      <w:r>
        <w:rPr>
          <w:b/>
          <w:sz w:val="24"/>
        </w:rPr>
        <w:t>🎓 Eğitim Bilgileri</w:t>
      </w:r>
    </w:p>
    <w:p w14:paraId="169061F3" w14:textId="77777777" w:rsidR="00067132" w:rsidRDefault="001F7B09">
      <w:r>
        <w:t>• Hacettepe Üniversitesi – Büro Yönetimi ve Yönetici Asistanlığı</w:t>
      </w:r>
      <w:r>
        <w:br/>
        <w:t xml:space="preserve">  Mezuniyet: 2025 – Not Ortalaması: 3.11</w:t>
      </w:r>
    </w:p>
    <w:p w14:paraId="3C0A6565" w14:textId="77777777" w:rsidR="00067132" w:rsidRDefault="001F7B09">
      <w:r>
        <w:t>• Erciyes Üniversitesi – Sanat Tarihi</w:t>
      </w:r>
      <w:r>
        <w:br/>
        <w:t xml:space="preserve">  Mezuniyet: 2022 – Not Ortalaması: 2.78</w:t>
      </w:r>
    </w:p>
    <w:p w14:paraId="75E09D6B" w14:textId="1192692F" w:rsidR="00067132" w:rsidRDefault="001F7B09">
      <w:r>
        <w:t>• Atatürk</w:t>
      </w:r>
      <w:r w:rsidR="007823DF">
        <w:t xml:space="preserve"> Kız </w:t>
      </w:r>
      <w:r w:rsidR="008364EC">
        <w:t>M</w:t>
      </w:r>
      <w:r w:rsidR="007823DF">
        <w:t xml:space="preserve">esleki ve </w:t>
      </w:r>
      <w:r w:rsidR="008364EC">
        <w:t>Te</w:t>
      </w:r>
      <w:r w:rsidR="007823DF">
        <w:t xml:space="preserve">knik </w:t>
      </w:r>
      <w:r>
        <w:t>Anadolu Lisesi</w:t>
      </w:r>
      <w:r>
        <w:br/>
        <w:t xml:space="preserve">  Mezuniyet: 2018</w:t>
      </w:r>
    </w:p>
    <w:p w14:paraId="450407E2" w14:textId="77777777" w:rsidR="00067132" w:rsidRDefault="001F7B09">
      <w:r>
        <w:rPr>
          <w:b/>
          <w:sz w:val="24"/>
        </w:rPr>
        <w:t>📜 Sertifikalar ve Eğitimler</w:t>
      </w:r>
    </w:p>
    <w:p w14:paraId="46AF463D" w14:textId="77777777" w:rsidR="00067132" w:rsidRDefault="001F7B09">
      <w:pPr>
        <w:pStyle w:val="ListeMaddemi"/>
      </w:pPr>
      <w:r>
        <w:t>• Eğitim ve İşaret Dili Sertifikası</w:t>
      </w:r>
    </w:p>
    <w:p w14:paraId="4D266388" w14:textId="77777777" w:rsidR="00067132" w:rsidRDefault="001F7B09">
      <w:pPr>
        <w:pStyle w:val="ListeMaddemi"/>
      </w:pPr>
      <w:r>
        <w:t>• İş Sağlığı ve İş Güvenliği Sertifikası</w:t>
      </w:r>
    </w:p>
    <w:p w14:paraId="54C53C49" w14:textId="77777777" w:rsidR="00067132" w:rsidRDefault="001F7B09">
      <w:pPr>
        <w:pStyle w:val="ListeMaddemi"/>
      </w:pPr>
      <w:r>
        <w:t>• Microsoft PowerPoint Eğitimi</w:t>
      </w:r>
    </w:p>
    <w:p w14:paraId="2DA69B3B" w14:textId="77777777" w:rsidR="00067132" w:rsidRDefault="001F7B09">
      <w:pPr>
        <w:pStyle w:val="ListeMaddemi"/>
      </w:pPr>
      <w:r>
        <w:t>• Proje Yönetimi Eğitimi</w:t>
      </w:r>
    </w:p>
    <w:p w14:paraId="25276A01" w14:textId="0EB6EBD8" w:rsidR="00067132" w:rsidRDefault="001F7B09" w:rsidP="001F7B09">
      <w:pPr>
        <w:pStyle w:val="ListeMaddemi"/>
      </w:pPr>
      <w:r>
        <w:t>• Mülakat Teknikleri Eğitimi</w:t>
      </w:r>
    </w:p>
    <w:p w14:paraId="741A6893" w14:textId="77777777" w:rsidR="00067132" w:rsidRDefault="001F7B09">
      <w:r>
        <w:rPr>
          <w:b/>
          <w:sz w:val="24"/>
        </w:rPr>
        <w:t>💼 Deneyim</w:t>
      </w:r>
    </w:p>
    <w:p w14:paraId="342AC2CB" w14:textId="77777777" w:rsidR="00067132" w:rsidRDefault="001F7B09">
      <w:r>
        <w:t>Hacettepe Üniversitesi Diş Hekimliği Fakültesi</w:t>
      </w:r>
      <w:r>
        <w:br/>
        <w:t>📍 Hasta Kabul Birimi ve Dekanlık Sekreterliği – Zorunlu Staj</w:t>
      </w:r>
      <w:r>
        <w:br/>
        <w:t>- Öğrenci ve hasta karşılama, randevu düzenleme, belge hazırlama ve dosyalama işlemleri.</w:t>
      </w:r>
    </w:p>
    <w:p w14:paraId="677FB518" w14:textId="77777777" w:rsidR="00067132" w:rsidRDefault="001F7B09">
      <w:r>
        <w:t>Hacettepe Üniversitesi Kütüphane ve Dokümantasyon Daire Başkanlığı</w:t>
      </w:r>
      <w:r>
        <w:br/>
        <w:t>📍 Belge Birimi – İŞKUR Destekli Program</w:t>
      </w:r>
      <w:r>
        <w:br/>
        <w:t>- Evrak düzenleme, belge arşivleme, ofis içi iletişim desteği ve sistem kayıtları.</w:t>
      </w:r>
    </w:p>
    <w:p w14:paraId="29534145" w14:textId="77777777" w:rsidR="00067132" w:rsidRDefault="001F7B09">
      <w:r>
        <w:rPr>
          <w:b/>
          <w:sz w:val="24"/>
        </w:rPr>
        <w:t>🛠️ Yetenekler</w:t>
      </w:r>
    </w:p>
    <w:p w14:paraId="79FBCEF4" w14:textId="77777777" w:rsidR="00067132" w:rsidRDefault="001F7B09">
      <w:pPr>
        <w:pStyle w:val="ListeMaddemi"/>
      </w:pPr>
      <w:r>
        <w:lastRenderedPageBreak/>
        <w:t>• Microsoft Office (özellikle PowerPoint)</w:t>
      </w:r>
    </w:p>
    <w:p w14:paraId="4C3F4D24" w14:textId="77777777" w:rsidR="00067132" w:rsidRDefault="001F7B09">
      <w:pPr>
        <w:pStyle w:val="ListeMaddemi"/>
      </w:pPr>
      <w:r>
        <w:t>• Yazışma ve Raporlama</w:t>
      </w:r>
    </w:p>
    <w:p w14:paraId="337F4A80" w14:textId="77777777" w:rsidR="00067132" w:rsidRDefault="001F7B09">
      <w:pPr>
        <w:pStyle w:val="ListeMaddemi"/>
      </w:pPr>
      <w:r>
        <w:t>• Proje ve Zaman Yönetimi</w:t>
      </w:r>
    </w:p>
    <w:p w14:paraId="3559E3F9" w14:textId="77777777" w:rsidR="00067132" w:rsidRDefault="001F7B09">
      <w:pPr>
        <w:pStyle w:val="ListeMaddemi"/>
      </w:pPr>
      <w:r>
        <w:t>• Etkin İletişim ve Takım Çalışması</w:t>
      </w:r>
    </w:p>
    <w:p w14:paraId="548B8845" w14:textId="77777777" w:rsidR="00067132" w:rsidRDefault="001F7B09">
      <w:pPr>
        <w:pStyle w:val="ListeMaddemi"/>
      </w:pPr>
      <w:r>
        <w:t>• Sekreterlik ve Büro İşleri</w:t>
      </w:r>
    </w:p>
    <w:p w14:paraId="46FE1E5C" w14:textId="50D650B4" w:rsidR="00067132" w:rsidRDefault="00067132"/>
    <w:sectPr w:rsidR="0006713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489129814">
    <w:abstractNumId w:val="8"/>
  </w:num>
  <w:num w:numId="2" w16cid:durableId="610406255">
    <w:abstractNumId w:val="6"/>
  </w:num>
  <w:num w:numId="3" w16cid:durableId="141896778">
    <w:abstractNumId w:val="5"/>
  </w:num>
  <w:num w:numId="4" w16cid:durableId="109788645">
    <w:abstractNumId w:val="4"/>
  </w:num>
  <w:num w:numId="5" w16cid:durableId="1313483255">
    <w:abstractNumId w:val="7"/>
  </w:num>
  <w:num w:numId="6" w16cid:durableId="396438476">
    <w:abstractNumId w:val="3"/>
  </w:num>
  <w:num w:numId="7" w16cid:durableId="111438782">
    <w:abstractNumId w:val="2"/>
  </w:num>
  <w:num w:numId="8" w16cid:durableId="650059387">
    <w:abstractNumId w:val="1"/>
  </w:num>
  <w:num w:numId="9" w16cid:durableId="951326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
  <w:revisionView w:inkAnnotations="0"/>
  <w:defaultTabStop w:val="720"/>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7132"/>
    <w:rsid w:val="0015074B"/>
    <w:rsid w:val="001F7B09"/>
    <w:rsid w:val="0021399D"/>
    <w:rsid w:val="0029639D"/>
    <w:rsid w:val="00326F90"/>
    <w:rsid w:val="007823DF"/>
    <w:rsid w:val="0079602C"/>
    <w:rsid w:val="008364EC"/>
    <w:rsid w:val="00901736"/>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B74053"/>
  <w14:defaultImageDpi w14:val="300"/>
  <w15:docId w15:val="{C70C2456-A7DB-EA44-B4CE-45224E290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232</Words>
  <Characters>1323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RUMEYSA KAYAASLAN</cp:lastModifiedBy>
  <cp:revision>2</cp:revision>
  <dcterms:created xsi:type="dcterms:W3CDTF">2025-08-28T17:03:00Z</dcterms:created>
  <dcterms:modified xsi:type="dcterms:W3CDTF">2025-08-28T17:03:00Z</dcterms:modified>
  <cp:category/>
</cp:coreProperties>
</file>