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DE9" w:rsidRDefault="00526745">
      <w:r w:rsidRPr="00526745">
        <w:rPr>
          <w:noProof/>
        </w:rPr>
        <w:drawing>
          <wp:inline distT="0" distB="0" distL="0" distR="0">
            <wp:extent cx="1033169" cy="1395984"/>
            <wp:effectExtent l="0" t="0" r="0" b="0"/>
            <wp:docPr id="2" name="Resim 2" descr="C:\Users\Admin\Desktop\ve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ves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052735" cy="142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DE9" w:rsidRDefault="00CB0981">
      <w:pPr>
        <w:pStyle w:val="KonuBal"/>
      </w:pPr>
      <w:r>
        <w:t>Bora Kuyrukçu</w:t>
      </w:r>
    </w:p>
    <w:p w:rsidR="00934DE9" w:rsidRDefault="00CB0981">
      <w:pPr>
        <w:spacing w:after="80"/>
      </w:pPr>
      <w:r>
        <w:t>Ekonomist</w:t>
      </w:r>
    </w:p>
    <w:p w:rsidR="00934DE9" w:rsidRDefault="00CB0981">
      <w:pPr>
        <w:spacing w:after="80"/>
      </w:pPr>
      <w:r>
        <w:t>Telefon: +90 (553) 882 99 19</w:t>
      </w:r>
    </w:p>
    <w:p w:rsidR="00934DE9" w:rsidRDefault="00CB0981">
      <w:pPr>
        <w:spacing w:after="80"/>
      </w:pPr>
      <w:r>
        <w:t>E-posta: borakuyrukcu@gmail.com</w:t>
      </w:r>
    </w:p>
    <w:p w:rsidR="00934DE9" w:rsidRDefault="00CB0981">
      <w:pPr>
        <w:spacing w:after="80"/>
      </w:pPr>
      <w:r>
        <w:t>Doğum Yılı: 1979 (45 Yaş)</w:t>
      </w:r>
    </w:p>
    <w:p w:rsidR="00934DE9" w:rsidRDefault="00CB0981">
      <w:pPr>
        <w:spacing w:after="80"/>
      </w:pPr>
      <w:r>
        <w:t>Adres: Çankaya, Ankara</w:t>
      </w:r>
    </w:p>
    <w:p w:rsidR="00934DE9" w:rsidRDefault="00CB0981">
      <w:pPr>
        <w:pStyle w:val="Balk1"/>
      </w:pPr>
      <w:r>
        <w:t>Kişisel Bilgiler</w:t>
      </w:r>
    </w:p>
    <w:p w:rsidR="00934DE9" w:rsidRDefault="00CB0981">
      <w:pPr>
        <w:spacing w:after="80"/>
      </w:pPr>
      <w:r>
        <w:t>Cinsiyet: Erkek</w:t>
      </w:r>
    </w:p>
    <w:p w:rsidR="00934DE9" w:rsidRDefault="00CB0981">
      <w:pPr>
        <w:spacing w:after="80"/>
      </w:pPr>
      <w:r>
        <w:t>Vatandaşlık: Türkiye Cumhuriyeti</w:t>
      </w:r>
    </w:p>
    <w:p w:rsidR="00934DE9" w:rsidRDefault="00CB0981">
      <w:pPr>
        <w:spacing w:after="80"/>
      </w:pPr>
      <w:r>
        <w:t>Askerlik Durumu: Yapıldı</w:t>
      </w:r>
    </w:p>
    <w:p w:rsidR="00934DE9" w:rsidRDefault="00CB0981">
      <w:pPr>
        <w:spacing w:after="80"/>
      </w:pPr>
      <w:r>
        <w:t>Sürücü Belgesi: B, A2</w:t>
      </w:r>
    </w:p>
    <w:p w:rsidR="00934DE9" w:rsidRDefault="00CB0981">
      <w:pPr>
        <w:pStyle w:val="Balk1"/>
      </w:pPr>
      <w:r>
        <w:t xml:space="preserve">İş </w:t>
      </w:r>
      <w:r>
        <w:t>Deneyimi</w:t>
      </w:r>
    </w:p>
    <w:p w:rsidR="00934DE9" w:rsidRDefault="00CB0981">
      <w:pPr>
        <w:spacing w:after="80"/>
      </w:pPr>
      <w:r>
        <w:rPr>
          <w:b/>
        </w:rPr>
        <w:t>Şirket Hissedarı, Çayyolu Güzellik Ltd Şti (Ocak 2018 - Mart 2025)</w:t>
      </w:r>
    </w:p>
    <w:p w:rsidR="00934DE9" w:rsidRDefault="00CB0981">
      <w:pPr>
        <w:spacing w:after="80"/>
      </w:pPr>
      <w:r>
        <w:t>• İki şubeli güzellik merkezinin tüm operasyonlarının koordinasyonu</w:t>
      </w:r>
    </w:p>
    <w:p w:rsidR="00934DE9" w:rsidRDefault="00CB0981">
      <w:pPr>
        <w:spacing w:after="80"/>
      </w:pPr>
      <w:r>
        <w:t>• Personel yönetimi, ön muhasebe, pazarlama, satış ve tedarik süreçleri</w:t>
      </w:r>
    </w:p>
    <w:p w:rsidR="00934DE9" w:rsidRDefault="00CB0981">
      <w:pPr>
        <w:spacing w:after="80"/>
      </w:pPr>
      <w:r>
        <w:t>• Sosyal medya yönetimi ve müşteri ilişk</w:t>
      </w:r>
      <w:r>
        <w:t>ileri</w:t>
      </w:r>
    </w:p>
    <w:p w:rsidR="00892E10" w:rsidRDefault="00892E10">
      <w:pPr>
        <w:spacing w:after="80"/>
        <w:rPr>
          <w:b/>
        </w:rPr>
      </w:pPr>
    </w:p>
    <w:p w:rsidR="00934DE9" w:rsidRDefault="00CB0981">
      <w:pPr>
        <w:spacing w:after="80"/>
      </w:pPr>
      <w:r>
        <w:rPr>
          <w:b/>
        </w:rPr>
        <w:t xml:space="preserve">Banka </w:t>
      </w:r>
      <w:proofErr w:type="spellStart"/>
      <w:r>
        <w:rPr>
          <w:b/>
        </w:rPr>
        <w:t>Kredi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Pazarlama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Yöneticisi</w:t>
      </w:r>
      <w:proofErr w:type="spellEnd"/>
      <w:r>
        <w:rPr>
          <w:b/>
        </w:rPr>
        <w:t>, Özel Bir Banka - Başkent Kurumsal Şube (Şubat 2005 - Eylül 2016)</w:t>
      </w:r>
    </w:p>
    <w:p w:rsidR="00934DE9" w:rsidRDefault="00CB0981">
      <w:pPr>
        <w:spacing w:after="80"/>
      </w:pPr>
      <w:r>
        <w:t>• Kurumsal firmaların kredi pazarlaması ve finansman işlemleri</w:t>
      </w:r>
    </w:p>
    <w:p w:rsidR="00934DE9" w:rsidRDefault="00CB0981">
      <w:pPr>
        <w:spacing w:after="80"/>
      </w:pPr>
      <w:r>
        <w:t>• Kredi portföyü yönetimi ve yeni müşteri kazanımı</w:t>
      </w:r>
    </w:p>
    <w:p w:rsidR="00892E10" w:rsidRDefault="00892E10">
      <w:pPr>
        <w:spacing w:after="80"/>
        <w:rPr>
          <w:b/>
        </w:rPr>
      </w:pPr>
    </w:p>
    <w:p w:rsidR="00934DE9" w:rsidRDefault="00CB0981">
      <w:pPr>
        <w:spacing w:after="80"/>
      </w:pPr>
      <w:bookmarkStart w:id="0" w:name="_GoBack"/>
      <w:bookmarkEnd w:id="0"/>
      <w:r>
        <w:rPr>
          <w:b/>
        </w:rPr>
        <w:t>İthalat-İhracat Uzman Yardımcısı, Öze</w:t>
      </w:r>
      <w:r>
        <w:rPr>
          <w:b/>
        </w:rPr>
        <w:t>l Bir Banka (Nisan 2003 - Ağustos 2004)</w:t>
      </w:r>
    </w:p>
    <w:p w:rsidR="00934DE9" w:rsidRDefault="00CB0981">
      <w:pPr>
        <w:spacing w:after="80"/>
      </w:pPr>
      <w:r>
        <w:t xml:space="preserve">• </w:t>
      </w:r>
      <w:proofErr w:type="spellStart"/>
      <w:r>
        <w:t>İthalat</w:t>
      </w:r>
      <w:proofErr w:type="spellEnd"/>
      <w:r>
        <w:t xml:space="preserve">, </w:t>
      </w:r>
      <w:proofErr w:type="spellStart"/>
      <w:r>
        <w:t>ihracat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döviz işlemleri danışmanlığı ve yönlendirme</w:t>
      </w:r>
    </w:p>
    <w:p w:rsidR="00934DE9" w:rsidRDefault="00CB0981">
      <w:pPr>
        <w:pStyle w:val="Balk1"/>
      </w:pPr>
      <w:proofErr w:type="spellStart"/>
      <w:r>
        <w:lastRenderedPageBreak/>
        <w:t>Eğitim</w:t>
      </w:r>
      <w:proofErr w:type="spellEnd"/>
    </w:p>
    <w:p w:rsidR="00934DE9" w:rsidRDefault="00CB0981">
      <w:pPr>
        <w:spacing w:after="80"/>
      </w:pPr>
      <w:r>
        <w:rPr>
          <w:b/>
        </w:rPr>
        <w:t>H</w:t>
      </w:r>
      <w:r>
        <w:rPr>
          <w:b/>
        </w:rPr>
        <w:t>acettepe Üniversitesi, İktisat (1998 - 2003)</w:t>
      </w:r>
    </w:p>
    <w:p w:rsidR="00934DE9" w:rsidRDefault="00CB0981">
      <w:pPr>
        <w:spacing w:after="80"/>
      </w:pPr>
      <w:r>
        <w:t>Lisans - İktisadi ve İdari Bilimler Fakültesi</w:t>
      </w:r>
    </w:p>
    <w:p w:rsidR="00934DE9" w:rsidRDefault="00CB0981">
      <w:pPr>
        <w:spacing w:after="80"/>
      </w:pPr>
      <w:r>
        <w:rPr>
          <w:b/>
        </w:rPr>
        <w:t>Polatlı Anadolu Lisesi, Türkçe - Matematik (1997)</w:t>
      </w:r>
    </w:p>
    <w:p w:rsidR="00934DE9" w:rsidRDefault="00CB0981">
      <w:pPr>
        <w:spacing w:after="80"/>
      </w:pPr>
      <w:r>
        <w:t>L</w:t>
      </w:r>
      <w:r>
        <w:t>ise</w:t>
      </w:r>
    </w:p>
    <w:p w:rsidR="00934DE9" w:rsidRDefault="00CB0981">
      <w:pPr>
        <w:pStyle w:val="Balk1"/>
      </w:pPr>
      <w:r>
        <w:t>Yabancı Dil</w:t>
      </w:r>
    </w:p>
    <w:p w:rsidR="00934DE9" w:rsidRDefault="00CB0981">
      <w:pPr>
        <w:spacing w:after="80"/>
      </w:pPr>
      <w:r>
        <w:t>İngilizce: İyi</w:t>
      </w:r>
    </w:p>
    <w:p w:rsidR="00934DE9" w:rsidRDefault="00CB0981">
      <w:pPr>
        <w:pStyle w:val="Balk1"/>
      </w:pPr>
      <w:r>
        <w:t>Sertifikalar</w:t>
      </w:r>
    </w:p>
    <w:p w:rsidR="00934DE9" w:rsidRDefault="00CB0981">
      <w:pPr>
        <w:spacing w:after="80"/>
      </w:pPr>
      <w:r>
        <w:rPr>
          <w:b/>
        </w:rPr>
        <w:t>Bireysel Emeklilik Aracılığı Lisans Belgesi (SPK, 2015)</w:t>
      </w:r>
    </w:p>
    <w:p w:rsidR="00934DE9" w:rsidRDefault="00CB0981">
      <w:pPr>
        <w:spacing w:after="80"/>
      </w:pPr>
      <w:r>
        <w:rPr>
          <w:b/>
        </w:rPr>
        <w:t>Open Water Dive Certificate (PADI, 2011)</w:t>
      </w:r>
    </w:p>
    <w:p w:rsidR="00934DE9" w:rsidRDefault="00CB0981">
      <w:pPr>
        <w:pStyle w:val="Balk1"/>
      </w:pPr>
      <w:r>
        <w:t>Referanslar</w:t>
      </w:r>
    </w:p>
    <w:p w:rsidR="00934DE9" w:rsidRDefault="00CB0981">
      <w:pPr>
        <w:spacing w:after="80"/>
      </w:pPr>
      <w:r>
        <w:t>Referanslar talep üzerine verilecektir.</w:t>
      </w:r>
    </w:p>
    <w:p w:rsidR="00934DE9" w:rsidRDefault="00CB0981">
      <w:pPr>
        <w:pStyle w:val="Balk1"/>
      </w:pPr>
      <w:r>
        <w:t>Hobiler ve İlgi Alanları</w:t>
      </w:r>
    </w:p>
    <w:p w:rsidR="00934DE9" w:rsidRDefault="00CB0981">
      <w:pPr>
        <w:spacing w:after="80"/>
      </w:pPr>
      <w:r>
        <w:t xml:space="preserve">• Dalış (Endonezya, Malezya, Borneo, </w:t>
      </w:r>
      <w:r>
        <w:t>Kızıldeniz vb.)</w:t>
      </w:r>
    </w:p>
    <w:p w:rsidR="00934DE9" w:rsidRDefault="00CB0981">
      <w:pPr>
        <w:spacing w:after="80"/>
      </w:pPr>
      <w:r>
        <w:t>• Motorsikletle seyahat (700 cc)</w:t>
      </w:r>
    </w:p>
    <w:p w:rsidR="00934DE9" w:rsidRDefault="00CB0981">
      <w:pPr>
        <w:spacing w:after="80"/>
      </w:pPr>
      <w:r>
        <w:t>• Yamaç paraşütü, kayak, kitesurf, kampçılık, trekking</w:t>
      </w:r>
    </w:p>
    <w:p w:rsidR="00934DE9" w:rsidRDefault="00CB0981">
      <w:pPr>
        <w:spacing w:after="80"/>
      </w:pPr>
      <w:r>
        <w:t>• Yurtdışı seyahatler (Asya, Avrupa, ABD, Rusya, Afrika vb.)</w:t>
      </w:r>
    </w:p>
    <w:p w:rsidR="00934DE9" w:rsidRDefault="00CB0981">
      <w:pPr>
        <w:spacing w:after="80"/>
      </w:pPr>
      <w:r>
        <w:t>• Deniz akvaryumu (1 ton hacimli mercan akvaryumu)</w:t>
      </w:r>
    </w:p>
    <w:p w:rsidR="00934DE9" w:rsidRDefault="00CB0981">
      <w:pPr>
        <w:spacing w:after="80"/>
      </w:pPr>
      <w:r>
        <w:t xml:space="preserve">• Lisanslı hentbol ve atletizm (orta ve </w:t>
      </w:r>
      <w:r>
        <w:t>lise döneminde)</w:t>
      </w:r>
    </w:p>
    <w:sectPr w:rsidR="00934DE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26745"/>
    <w:rsid w:val="00892E10"/>
    <w:rsid w:val="00934DE9"/>
    <w:rsid w:val="00A72904"/>
    <w:rsid w:val="00AA1D8D"/>
    <w:rsid w:val="00B47730"/>
    <w:rsid w:val="00CB0664"/>
    <w:rsid w:val="00CB098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47DA2E"/>
  <w14:defaultImageDpi w14:val="300"/>
  <w15:docId w15:val="{B7FB61AB-80EE-45F3-8838-84683F211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4D0AD44-53F9-4C5D-BFB2-AB8B6BD24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1318</Characters>
  <Application>Microsoft Office Word</Application>
  <DocSecurity>0</DocSecurity>
  <Lines>10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Dr. Ayşe Kuyrukçu</cp:lastModifiedBy>
  <cp:revision>2</cp:revision>
  <dcterms:created xsi:type="dcterms:W3CDTF">2025-06-01T14:11:00Z</dcterms:created>
  <dcterms:modified xsi:type="dcterms:W3CDTF">2025-06-01T14:11:00Z</dcterms:modified>
  <cp:category/>
</cp:coreProperties>
</file>