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B99" w14:textId="77777777" w:rsidR="00233808" w:rsidRDefault="00000000">
      <w:pPr>
        <w:jc w:val="center"/>
      </w:pPr>
      <w:r>
        <w:rPr>
          <w:b/>
          <w:sz w:val="40"/>
        </w:rPr>
        <w:t>BUSE KARA</w:t>
      </w:r>
    </w:p>
    <w:p w14:paraId="68B96F9B" w14:textId="3F8FC527" w:rsidR="00233808" w:rsidRDefault="00000000">
      <w:pPr>
        <w:jc w:val="center"/>
      </w:pPr>
      <w:r>
        <w:rPr>
          <w:b/>
        </w:rPr>
        <w:t xml:space="preserve">Trabzon, Türkiye | </w:t>
      </w:r>
      <w:r>
        <w:t>busek</w:t>
      </w:r>
      <w:r w:rsidR="00AD0710">
        <w:t>kara@hotmail.com</w:t>
      </w:r>
      <w:r>
        <w:t xml:space="preserve"> | LinkedIn: </w:t>
      </w:r>
      <w:hyperlink r:id="rId6" w:history="1">
        <w:r w:rsidR="00430566" w:rsidRPr="00ED39A1">
          <w:rPr>
            <w:rStyle w:val="Kpr"/>
            <w:rFonts w:ascii="Segoe UI" w:hAnsi="Segoe UI" w:cs="Segoe UI"/>
            <w:sz w:val="21"/>
            <w:szCs w:val="21"/>
            <w:shd w:val="clear" w:color="auto" w:fill="FFFFFF"/>
          </w:rPr>
          <w:t>www.linkedin.com/in/buseekara</w:t>
        </w:r>
      </w:hyperlink>
      <w:r w:rsidR="00430566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>
        <w:t>GitHub: github.com/bussekkara</w:t>
      </w:r>
    </w:p>
    <w:p w14:paraId="2CFB81E7" w14:textId="77777777" w:rsidR="00233808" w:rsidRDefault="00000000">
      <w:pPr>
        <w:pStyle w:val="Balk1"/>
      </w:pPr>
      <w:r>
        <w:t>PROFİL ÖZETİ</w:t>
      </w:r>
    </w:p>
    <w:p w14:paraId="47B3374F" w14:textId="77777777" w:rsidR="00233808" w:rsidRDefault="00000000">
      <w:r>
        <w:t>Karadeniz Teknik Üniversitesi Bilgisayar Bilimleri bölümü 3. sınıf öğrencisiyim. Makine öğrenmesi, optimizasyon, yöneylem araştırması, istatistiksel analiz, yazılım geliştirme ve yapay zekâ alanlarına ilgi duyuyorum. Python, SQL, C#, Streamlit ve veritabanı sistemleri üzerinde akademik ve bireysel projeler geliştirdim. Yapay zekâ tabanlı sistemler, optimizasyon çözümleri ve veri odaklı yazılım uygulamaları geliştirmeye yönelik çalışmalara ilgi duyuyorum.</w:t>
      </w:r>
    </w:p>
    <w:p w14:paraId="415DBAF9" w14:textId="77777777" w:rsidR="00233808" w:rsidRDefault="00000000">
      <w:pPr>
        <w:pStyle w:val="Balk1"/>
      </w:pPr>
      <w:r>
        <w:t>EĞİTİM</w:t>
      </w:r>
    </w:p>
    <w:p w14:paraId="43DAC42A" w14:textId="77777777" w:rsidR="00233808" w:rsidRDefault="00000000">
      <w:r>
        <w:rPr>
          <w:b/>
        </w:rPr>
        <w:t>Karadeniz Teknik Üniversitesi – Bilgisayar Bilimleri Lisans</w:t>
      </w:r>
      <w:r>
        <w:rPr>
          <w:b/>
        </w:rPr>
        <w:br/>
      </w:r>
      <w:r>
        <w:t>2023 – Devam Ediyor | GNO: 3.07/4.00</w:t>
      </w:r>
      <w:r>
        <w:br/>
      </w:r>
      <w:r>
        <w:rPr>
          <w:b/>
        </w:rPr>
        <w:t xml:space="preserve">İlgili Dersler: </w:t>
      </w:r>
      <w:r>
        <w:t>Makine Öğrenmesi, Yöneylem Araştırması, Veritabanı Sistemleri, Regresyon Analizi, İstatistiksel Algoritmalar, Veri Yapıları ve Algoritmalar</w:t>
      </w:r>
    </w:p>
    <w:p w14:paraId="3AA453B4" w14:textId="77777777" w:rsidR="00233808" w:rsidRDefault="00000000">
      <w:pPr>
        <w:pStyle w:val="Balk1"/>
      </w:pPr>
      <w:r>
        <w:t>TEKNİK YETKİNLİKLER</w:t>
      </w:r>
    </w:p>
    <w:p w14:paraId="4D2BEF11" w14:textId="77777777" w:rsidR="00233808" w:rsidRDefault="00000000">
      <w:pPr>
        <w:pStyle w:val="ListeMaddemi"/>
      </w:pPr>
      <w:r>
        <w:rPr>
          <w:b/>
        </w:rPr>
        <w:t xml:space="preserve">Programlama Dilleri: </w:t>
      </w:r>
      <w:r>
        <w:t>Python, C#, SQL, Swift</w:t>
      </w:r>
    </w:p>
    <w:p w14:paraId="297F2E60" w14:textId="77777777" w:rsidR="00233808" w:rsidRDefault="00000000">
      <w:pPr>
        <w:pStyle w:val="ListeMaddemi"/>
      </w:pPr>
      <w:r>
        <w:rPr>
          <w:b/>
        </w:rPr>
        <w:t xml:space="preserve">Makine Öğrenmesi ve Veri Bilimi: </w:t>
      </w:r>
      <w:r>
        <w:t>scikit-learn, Pandas, NumPy, Matplotlib, SPSS</w:t>
      </w:r>
    </w:p>
    <w:p w14:paraId="0F22F27E" w14:textId="77777777" w:rsidR="00233808" w:rsidRDefault="00000000">
      <w:pPr>
        <w:pStyle w:val="ListeMaddemi"/>
      </w:pPr>
      <w:r>
        <w:rPr>
          <w:b/>
        </w:rPr>
        <w:t xml:space="preserve">Optimizasyon ve Analitik: </w:t>
      </w:r>
      <w:r>
        <w:t>OR-Tools, NetworkX, Yöneylem Araştırması, İstatistiksel Analiz</w:t>
      </w:r>
    </w:p>
    <w:p w14:paraId="4ABD888A" w14:textId="77777777" w:rsidR="00233808" w:rsidRDefault="00000000">
      <w:pPr>
        <w:pStyle w:val="ListeMaddemi"/>
      </w:pPr>
      <w:r>
        <w:rPr>
          <w:b/>
        </w:rPr>
        <w:t xml:space="preserve">Yazılım ve Araçlar: </w:t>
      </w:r>
      <w:r>
        <w:t>Streamlit, SQL Server, Git/GitHub, Xcode, Windows Forms</w:t>
      </w:r>
    </w:p>
    <w:p w14:paraId="642BFBE2" w14:textId="77777777" w:rsidR="00233808" w:rsidRDefault="00000000">
      <w:pPr>
        <w:pStyle w:val="ListeMaddemi"/>
      </w:pPr>
      <w:r>
        <w:rPr>
          <w:b/>
        </w:rPr>
        <w:t xml:space="preserve">İlgi Alanları: </w:t>
      </w:r>
      <w:r>
        <w:t>Makine Öğrenmesi, Optimizasyon, Görüntü İşleme, Veritabanı Sistemleri, Yapay Zekâ</w:t>
      </w:r>
    </w:p>
    <w:p w14:paraId="066B0092" w14:textId="77777777" w:rsidR="00233808" w:rsidRDefault="00000000">
      <w:pPr>
        <w:pStyle w:val="Balk1"/>
      </w:pPr>
      <w:r>
        <w:t>DENEYİM</w:t>
      </w:r>
    </w:p>
    <w:p w14:paraId="520190FE" w14:textId="77DA0341" w:rsidR="00233808" w:rsidRDefault="00000000">
      <w:r>
        <w:rPr>
          <w:b/>
        </w:rPr>
        <w:t>TGS</w:t>
      </w:r>
      <w:r w:rsidR="00AD0710">
        <w:rPr>
          <w:b/>
        </w:rPr>
        <w:t xml:space="preserve"> (Turkish Ground Services)</w:t>
      </w:r>
      <w:r>
        <w:rPr>
          <w:b/>
        </w:rPr>
        <w:t xml:space="preserve"> – IT Stajyeri</w:t>
      </w:r>
      <w:r>
        <w:rPr>
          <w:b/>
        </w:rPr>
        <w:br/>
      </w:r>
      <w:r w:rsidR="00AD0710">
        <w:t>İstanbul</w:t>
      </w:r>
      <w:r>
        <w:t>, Türkiye</w:t>
      </w:r>
      <w:r>
        <w:br/>
      </w:r>
    </w:p>
    <w:p w14:paraId="212443B5" w14:textId="77777777" w:rsidR="00233808" w:rsidRDefault="00000000">
      <w:pPr>
        <w:pStyle w:val="ListeMaddemi"/>
      </w:pPr>
      <w:r>
        <w:t>Havalimanı yer hizmetleri kapsamında IT operasyonları ve yazılım süreçlerinde görev aldım.</w:t>
      </w:r>
    </w:p>
    <w:p w14:paraId="07462BA8" w14:textId="77777777" w:rsidR="00233808" w:rsidRDefault="00000000">
      <w:pPr>
        <w:pStyle w:val="ListeMaddemi"/>
      </w:pPr>
      <w:r>
        <w:t>Kurumsal sistemler, veritabanı süreçleri ve teknik destek operasyonları hakkında deneyim kazandım.</w:t>
      </w:r>
    </w:p>
    <w:p w14:paraId="2A0588A6" w14:textId="77777777" w:rsidR="00233808" w:rsidRDefault="00000000">
      <w:pPr>
        <w:pStyle w:val="ListeMaddemi"/>
      </w:pPr>
      <w:r>
        <w:t>Gerçek zamanlı operasyon yönetimi ve yazılım altyapı süreçlerini gözlemleme fırsatı elde ettim.</w:t>
      </w:r>
    </w:p>
    <w:p w14:paraId="3158201F" w14:textId="77777777" w:rsidR="00233808" w:rsidRDefault="00000000">
      <w:pPr>
        <w:pStyle w:val="Balk1"/>
      </w:pPr>
      <w:r>
        <w:lastRenderedPageBreak/>
        <w:t>PROJELER</w:t>
      </w:r>
    </w:p>
    <w:p w14:paraId="1CD51A9C" w14:textId="77777777" w:rsidR="00233808" w:rsidRDefault="00000000">
      <w:r>
        <w:rPr>
          <w:b/>
        </w:rPr>
        <w:t>Hastane Randevu Sistemi</w:t>
      </w:r>
      <w:r>
        <w:rPr>
          <w:b/>
        </w:rPr>
        <w:br/>
      </w:r>
      <w:r>
        <w:t>Kullanılan Teknolojiler: C#, SQL Server, Windows Forms</w:t>
      </w:r>
    </w:p>
    <w:p w14:paraId="366A81E1" w14:textId="77777777" w:rsidR="00233808" w:rsidRDefault="00000000">
      <w:pPr>
        <w:pStyle w:val="ListeMaddemi"/>
      </w:pPr>
      <w:r>
        <w:t>Katmanlı mimari kullanılarak hastane randevu yönetim sistemi geliştirdim.</w:t>
      </w:r>
    </w:p>
    <w:p w14:paraId="2F0558D9" w14:textId="77777777" w:rsidR="00233808" w:rsidRDefault="00000000">
      <w:pPr>
        <w:pStyle w:val="ListeMaddemi"/>
      </w:pPr>
      <w:r>
        <w:t>SQL Server stored procedure yapıları ile CRUD işlemlerini gerçekleştirdim.</w:t>
      </w:r>
    </w:p>
    <w:p w14:paraId="7B2E5AF0" w14:textId="77777777" w:rsidR="00233808" w:rsidRDefault="00000000">
      <w:pPr>
        <w:pStyle w:val="ListeMaddemi"/>
      </w:pPr>
      <w:r>
        <w:t>Doktor, uzmanlık alanı ve hastane filtreleme mekanizmaları tasarladım.</w:t>
      </w:r>
    </w:p>
    <w:p w14:paraId="3C63AEC9" w14:textId="77777777" w:rsidR="00233808" w:rsidRDefault="00000000">
      <w:pPr>
        <w:pStyle w:val="ListeMaddemi"/>
      </w:pPr>
      <w:r>
        <w:t>Windows Forms kullanarak masaüstü kullanıcı arayüzleri geliştirdim.</w:t>
      </w:r>
    </w:p>
    <w:p w14:paraId="573529C3" w14:textId="77777777" w:rsidR="00233808" w:rsidRDefault="00000000">
      <w:r>
        <w:rPr>
          <w:b/>
        </w:rPr>
        <w:t>Havayolu Rota Optimizasyon Dashboard’u</w:t>
      </w:r>
      <w:r>
        <w:rPr>
          <w:b/>
        </w:rPr>
        <w:br/>
      </w:r>
      <w:r>
        <w:t>Kullanılan Teknolojiler: Python, Streamlit, OR-Tools, NetworkX</w:t>
      </w:r>
    </w:p>
    <w:p w14:paraId="2D900864" w14:textId="77777777" w:rsidR="00233808" w:rsidRDefault="00000000">
      <w:pPr>
        <w:pStyle w:val="ListeMaddemi"/>
      </w:pPr>
      <w:r>
        <w:t>Havayolu rota optimizasyonu ve KPI analizi için dashboard geliştirdim.</w:t>
      </w:r>
    </w:p>
    <w:p w14:paraId="099EA30C" w14:textId="77777777" w:rsidR="00233808" w:rsidRDefault="00000000">
      <w:pPr>
        <w:pStyle w:val="ListeMaddemi"/>
      </w:pPr>
      <w:r>
        <w:t>Aktarma kısıtları ve O&amp;D optimizasyonu dikkate alınarak grafik tabanlı rota analizleri gerçekleştirdim.</w:t>
      </w:r>
    </w:p>
    <w:p w14:paraId="25E1B81C" w14:textId="77777777" w:rsidR="00233808" w:rsidRDefault="00000000">
      <w:pPr>
        <w:pStyle w:val="ListeMaddemi"/>
      </w:pPr>
      <w:r>
        <w:t>Havayolu performans metrikleri ve alternatif rotaları görselleştirdim.</w:t>
      </w:r>
    </w:p>
    <w:p w14:paraId="5F60DF37" w14:textId="77777777" w:rsidR="00233808" w:rsidRDefault="00000000">
      <w:r>
        <w:rPr>
          <w:b/>
        </w:rPr>
        <w:t>Makine Öğrenmesi Projeleri</w:t>
      </w:r>
      <w:r>
        <w:rPr>
          <w:b/>
        </w:rPr>
        <w:br/>
      </w:r>
      <w:r>
        <w:t>Kullanılan Teknolojiler: Python, scikit-learn</w:t>
      </w:r>
    </w:p>
    <w:p w14:paraId="2260210A" w14:textId="77777777" w:rsidR="00233808" w:rsidRDefault="00000000">
      <w:pPr>
        <w:pStyle w:val="ListeMaddemi"/>
      </w:pPr>
      <w:r>
        <w:t>Sınıflandırma ve regresyon modelleri geliştirdim.</w:t>
      </w:r>
    </w:p>
    <w:p w14:paraId="5CE0513A" w14:textId="77777777" w:rsidR="00233808" w:rsidRDefault="00000000">
      <w:pPr>
        <w:pStyle w:val="ListeMaddemi"/>
      </w:pPr>
      <w:r>
        <w:t>Ön işleme, veri ölçeklendirme ve model değerlendirme yöntemleri uyguladım.</w:t>
      </w:r>
    </w:p>
    <w:p w14:paraId="2498FAAF" w14:textId="77777777" w:rsidR="00233808" w:rsidRDefault="00000000">
      <w:pPr>
        <w:pStyle w:val="ListeMaddemi"/>
      </w:pPr>
      <w:r>
        <w:t>Random Forest, SVM, Logistic Regression ve ensemble yöntemleri üzerinde çalıştım.</w:t>
      </w:r>
    </w:p>
    <w:p w14:paraId="1BD5D289" w14:textId="77777777" w:rsidR="00233808" w:rsidRDefault="00000000">
      <w:r>
        <w:rPr>
          <w:b/>
        </w:rPr>
        <w:t>Oyun Geliştirme Projeleri</w:t>
      </w:r>
      <w:r>
        <w:rPr>
          <w:b/>
        </w:rPr>
        <w:br/>
      </w:r>
      <w:r>
        <w:t>Kullanılan Teknolojiler: Python, Pygame</w:t>
      </w:r>
    </w:p>
    <w:p w14:paraId="74FA85C4" w14:textId="77777777" w:rsidR="00233808" w:rsidRDefault="00000000">
      <w:pPr>
        <w:pStyle w:val="ListeMaddemi"/>
      </w:pPr>
      <w:r>
        <w:t>2D oyun prototipleri ve bulmaca tabanlı oyun sistemleri geliştirdim.</w:t>
      </w:r>
    </w:p>
    <w:p w14:paraId="49EAB2A7" w14:textId="77777777" w:rsidR="00233808" w:rsidRDefault="00000000">
      <w:pPr>
        <w:pStyle w:val="ListeMaddemi"/>
      </w:pPr>
      <w:r>
        <w:t>Oyun mekanikleri, kullanıcı arayüzleri ve etkileşimli sistemler tasarladım.</w:t>
      </w:r>
    </w:p>
    <w:p w14:paraId="4BD493A6" w14:textId="77777777" w:rsidR="00233808" w:rsidRDefault="00000000">
      <w:pPr>
        <w:pStyle w:val="Balk1"/>
      </w:pPr>
      <w:r>
        <w:t>YABANCI DİL</w:t>
      </w:r>
    </w:p>
    <w:p w14:paraId="35311F1F" w14:textId="77777777" w:rsidR="00233808" w:rsidRDefault="00000000">
      <w:pPr>
        <w:pStyle w:val="ListeMaddemi"/>
      </w:pPr>
      <w:r>
        <w:rPr>
          <w:b/>
        </w:rPr>
        <w:t xml:space="preserve">Türkçe: </w:t>
      </w:r>
      <w:r>
        <w:t>Ana Dil</w:t>
      </w:r>
    </w:p>
    <w:p w14:paraId="3883BD9B" w14:textId="77777777" w:rsidR="00233808" w:rsidRDefault="00000000">
      <w:pPr>
        <w:pStyle w:val="ListeMaddemi"/>
      </w:pPr>
      <w:r>
        <w:rPr>
          <w:b/>
        </w:rPr>
        <w:t xml:space="preserve">İngilizce: </w:t>
      </w:r>
      <w:r>
        <w:t>B1 Orta Seviye</w:t>
      </w:r>
    </w:p>
    <w:p w14:paraId="310DB8E1" w14:textId="77777777" w:rsidR="00233808" w:rsidRDefault="00000000">
      <w:pPr>
        <w:pStyle w:val="Balk1"/>
      </w:pPr>
      <w:r>
        <w:t>LİNKLER</w:t>
      </w:r>
    </w:p>
    <w:p w14:paraId="767A53D8" w14:textId="69AB752B" w:rsidR="00233808" w:rsidRDefault="00000000">
      <w:pPr>
        <w:pStyle w:val="ListeMaddemi"/>
      </w:pPr>
      <w:r>
        <w:t xml:space="preserve">LinkedIn: </w:t>
      </w:r>
      <w:r w:rsidR="00174477">
        <w:t>https://</w:t>
      </w:r>
      <w:r w:rsidR="00174477">
        <w:rPr>
          <w:rFonts w:ascii="Segoe UI" w:hAnsi="Segoe UI" w:cs="Segoe UI"/>
          <w:sz w:val="21"/>
          <w:szCs w:val="21"/>
          <w:shd w:val="clear" w:color="auto" w:fill="FFFFFF"/>
        </w:rPr>
        <w:t>www.linkedin.com/in/buseekara</w:t>
      </w:r>
    </w:p>
    <w:p w14:paraId="4DEF89F1" w14:textId="77777777" w:rsidR="00233808" w:rsidRDefault="00000000">
      <w:pPr>
        <w:pStyle w:val="ListeMaddemi"/>
      </w:pPr>
      <w:r>
        <w:t>GitHub: https://github.com/bussekkara</w:t>
      </w:r>
    </w:p>
    <w:sectPr w:rsidR="002338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3406658">
    <w:abstractNumId w:val="8"/>
  </w:num>
  <w:num w:numId="2" w16cid:durableId="772210813">
    <w:abstractNumId w:val="6"/>
  </w:num>
  <w:num w:numId="3" w16cid:durableId="1069810582">
    <w:abstractNumId w:val="5"/>
  </w:num>
  <w:num w:numId="4" w16cid:durableId="1824081063">
    <w:abstractNumId w:val="4"/>
  </w:num>
  <w:num w:numId="5" w16cid:durableId="1358506682">
    <w:abstractNumId w:val="7"/>
  </w:num>
  <w:num w:numId="6" w16cid:durableId="419062496">
    <w:abstractNumId w:val="3"/>
  </w:num>
  <w:num w:numId="7" w16cid:durableId="621036686">
    <w:abstractNumId w:val="2"/>
  </w:num>
  <w:num w:numId="8" w16cid:durableId="971247190">
    <w:abstractNumId w:val="1"/>
  </w:num>
  <w:num w:numId="9" w16cid:durableId="109039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7D49"/>
    <w:rsid w:val="0015074B"/>
    <w:rsid w:val="00174477"/>
    <w:rsid w:val="00233808"/>
    <w:rsid w:val="0029639D"/>
    <w:rsid w:val="00326F90"/>
    <w:rsid w:val="003C1AE3"/>
    <w:rsid w:val="00430566"/>
    <w:rsid w:val="00AA1D8D"/>
    <w:rsid w:val="00AB5D84"/>
    <w:rsid w:val="00AD0710"/>
    <w:rsid w:val="00B47730"/>
    <w:rsid w:val="00CB0664"/>
    <w:rsid w:val="00EE5D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F89827"/>
  <w14:defaultImageDpi w14:val="300"/>
  <w15:docId w15:val="{828879D7-28ED-0A46-B188-3D513B12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43056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30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buseeka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buse kara</cp:lastModifiedBy>
  <cp:revision>6</cp:revision>
  <dcterms:created xsi:type="dcterms:W3CDTF">2026-05-09T10:22:00Z</dcterms:created>
  <dcterms:modified xsi:type="dcterms:W3CDTF">2026-05-17T19:59:00Z</dcterms:modified>
  <cp:category/>
</cp:coreProperties>
</file>